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jc w:val="center"/>
      </w:pPr>
      <w:r>
        <w:rPr>
          <w:rFonts w:ascii="Arial" w:hAnsi="Arial"/>
          <w:b/>
          <w:color w:val="12324A"/>
          <w:sz w:val="38"/>
        </w:rPr>
        <w:t>SEASTONE HOMES BAHAMAS LTD.</w:t>
      </w:r>
    </w:p>
    <w:p>
      <w:pPr>
        <w:spacing w:after="40"/>
        <w:jc w:val="center"/>
      </w:pPr>
      <w:r>
        <w:rPr>
          <w:b/>
          <w:color w:val="2C7A7B"/>
          <w:sz w:val="28"/>
        </w:rPr>
        <w:t>PROPERTY BUYER CLIENT INTAKE APPLICATION</w:t>
      </w:r>
    </w:p>
    <w:p>
      <w:pPr>
        <w:spacing w:after="160"/>
        <w:jc w:val="center"/>
      </w:pPr>
      <w:r>
        <w:rPr>
          <w:i/>
          <w:color w:val="5E6872"/>
          <w:sz w:val="18"/>
        </w:rPr>
        <w:t>For prospective purchasers seeking professional property acquisition and transaction support</w:t>
      </w:r>
    </w:p>
    <w:tbl>
      <w:tblPr>
        <w:tblW w:type="auto" w:w="0"/>
        <w:jc w:val="center"/>
        <w:tblLayout w:type="fixed"/>
        <w:tblLook w:firstColumn="1" w:firstRow="1" w:lastColumn="0" w:lastRow="0" w:noHBand="0" w:noVBand="1" w:val="04A0"/>
      </w:tblPr>
      <w:tblGrid>
        <w:gridCol w:w="5083"/>
        <w:gridCol w:w="5083"/>
      </w:tblGrid>
      <w:tr>
        <w:trPr>
          <w:cantSplit/>
        </w:trPr>
        <w:tc>
          <w:tcPr>
            <w:tcW w:type="dxa" w:w="3024"/>
            <w:vAlign w:val="center"/>
            <w:tcMar>
              <w:top w:w="80" w:type="dxa"/>
              <w:start w:w="110" w:type="dxa"/>
              <w:bottom w:w="80" w:type="dxa"/>
              <w:end w:w="110" w:type="dxa"/>
            </w:tcMar>
            <w:shd w:fill="F3F5F7"/>
          </w:tcPr>
          <w:p>
            <w:pPr>
              <w:spacing w:after="0" w:line="240" w:lineRule="auto"/>
            </w:pPr>
            <w:r/>
            <w:r>
              <w:rPr>
                <w:rFonts w:ascii="Arial" w:hAnsi="Arial"/>
                <w:b/>
                <w:color w:val="12324A"/>
                <w:sz w:val="17"/>
              </w:rPr>
              <w:t>Application / Client No.</w:t>
            </w:r>
          </w:p>
        </w:tc>
        <w:tc>
          <w:tcPr>
            <w:tcW w:type="dxa" w:w="6768"/>
            <w:vAlign w:val="center"/>
            <w:tcMar>
              <w:top w:w="80" w:type="dxa"/>
              <w:start w:w="110" w:type="dxa"/>
              <w:bottom w:w="80" w:type="dxa"/>
              <w:end w:w="110" w:type="dxa"/>
            </w:tcMar>
          </w:tcPr>
          <w:p>
            <w:pPr>
              <w:spacing w:after="0" w:line="240" w:lineRule="auto"/>
            </w:pPr>
            <w:r/>
            <w:r>
              <w:rPr>
                <w:rFonts w:ascii="Arial" w:hAnsi="Arial"/>
                <w:b w:val="0"/>
                <w:color w:val="12324A"/>
                <w:sz w:val="17"/>
              </w:rPr>
              <w:t>________________________________</w:t>
            </w:r>
          </w:p>
        </w:tc>
      </w:tr>
      <w:tr>
        <w:trPr>
          <w:cantSplit/>
        </w:trPr>
        <w:tc>
          <w:tcPr>
            <w:tcW w:type="dxa" w:w="3024"/>
            <w:vAlign w:val="center"/>
            <w:tcMar>
              <w:top w:w="80" w:type="dxa"/>
              <w:start w:w="110" w:type="dxa"/>
              <w:bottom w:w="80" w:type="dxa"/>
              <w:end w:w="110" w:type="dxa"/>
            </w:tcMar>
            <w:shd w:fill="F3F5F7"/>
          </w:tcPr>
          <w:p>
            <w:pPr>
              <w:spacing w:after="0" w:line="240" w:lineRule="auto"/>
            </w:pPr>
            <w:r/>
            <w:r>
              <w:rPr>
                <w:rFonts w:ascii="Arial" w:hAnsi="Arial"/>
                <w:b/>
                <w:color w:val="12324A"/>
                <w:sz w:val="17"/>
              </w:rPr>
              <w:t>Date received</w:t>
            </w:r>
          </w:p>
        </w:tc>
        <w:tc>
          <w:tcPr>
            <w:tcW w:type="dxa" w:w="6768"/>
            <w:vAlign w:val="center"/>
            <w:tcMar>
              <w:top w:w="80" w:type="dxa"/>
              <w:start w:w="110" w:type="dxa"/>
              <w:bottom w:w="80" w:type="dxa"/>
              <w:end w:w="110" w:type="dxa"/>
            </w:tcMar>
          </w:tcPr>
          <w:p>
            <w:pPr>
              <w:spacing w:after="0" w:line="240" w:lineRule="auto"/>
            </w:pPr>
            <w:r/>
            <w:r>
              <w:rPr>
                <w:rFonts w:ascii="Arial" w:hAnsi="Arial"/>
                <w:b w:val="0"/>
                <w:color w:val="12324A"/>
                <w:sz w:val="17"/>
              </w:rPr>
              <w:t>____________________</w:t>
            </w:r>
          </w:p>
        </w:tc>
      </w:tr>
      <w:tr>
        <w:trPr>
          <w:cantSplit/>
        </w:trPr>
        <w:tc>
          <w:tcPr>
            <w:tcW w:type="dxa" w:w="3024"/>
            <w:vAlign w:val="center"/>
            <w:tcMar>
              <w:top w:w="80" w:type="dxa"/>
              <w:start w:w="110" w:type="dxa"/>
              <w:bottom w:w="80" w:type="dxa"/>
              <w:end w:w="110" w:type="dxa"/>
            </w:tcMar>
            <w:shd w:fill="F3F5F7"/>
          </w:tcPr>
          <w:p>
            <w:pPr>
              <w:spacing w:after="0" w:line="240" w:lineRule="auto"/>
            </w:pPr>
            <w:r/>
            <w:r>
              <w:rPr>
                <w:rFonts w:ascii="Arial" w:hAnsi="Arial"/>
                <w:b/>
                <w:color w:val="12324A"/>
                <w:sz w:val="17"/>
              </w:rPr>
              <w:t>Assigned sales agent</w:t>
            </w:r>
          </w:p>
        </w:tc>
        <w:tc>
          <w:tcPr>
            <w:tcW w:type="dxa" w:w="6768"/>
            <w:vAlign w:val="center"/>
            <w:tcMar>
              <w:top w:w="80" w:type="dxa"/>
              <w:start w:w="110" w:type="dxa"/>
              <w:bottom w:w="80" w:type="dxa"/>
              <w:end w:w="110" w:type="dxa"/>
            </w:tcMar>
          </w:tcPr>
          <w:p>
            <w:pPr>
              <w:spacing w:after="0" w:line="240" w:lineRule="auto"/>
            </w:pPr>
            <w:r/>
            <w:r>
              <w:rPr>
                <w:rFonts w:ascii="Arial" w:hAnsi="Arial"/>
                <w:b w:val="0"/>
                <w:color w:val="12324A"/>
                <w:sz w:val="17"/>
              </w:rPr>
              <w:t>________________________________</w:t>
            </w:r>
          </w:p>
        </w:tc>
      </w:tr>
      <w:tr>
        <w:trPr>
          <w:cantSplit/>
        </w:trPr>
        <w:tc>
          <w:tcPr>
            <w:tcW w:type="dxa" w:w="3024"/>
            <w:vAlign w:val="center"/>
            <w:tcMar>
              <w:top w:w="80" w:type="dxa"/>
              <w:start w:w="110" w:type="dxa"/>
              <w:bottom w:w="80" w:type="dxa"/>
              <w:end w:w="110" w:type="dxa"/>
            </w:tcMar>
            <w:shd w:fill="F3F5F7"/>
          </w:tcPr>
          <w:p>
            <w:pPr>
              <w:spacing w:after="0" w:line="240" w:lineRule="auto"/>
            </w:pPr>
            <w:r/>
            <w:r>
              <w:rPr>
                <w:rFonts w:ascii="Arial" w:hAnsi="Arial"/>
                <w:b/>
                <w:color w:val="12324A"/>
                <w:sz w:val="17"/>
              </w:rPr>
              <w:t>Referral source</w:t>
            </w:r>
          </w:p>
        </w:tc>
        <w:tc>
          <w:tcPr>
            <w:tcW w:type="dxa" w:w="6768"/>
            <w:vAlign w:val="center"/>
            <w:tcMar>
              <w:top w:w="80" w:type="dxa"/>
              <w:start w:w="110" w:type="dxa"/>
              <w:bottom w:w="80" w:type="dxa"/>
              <w:end w:w="110" w:type="dxa"/>
            </w:tcMar>
          </w:tcPr>
          <w:p>
            <w:pPr>
              <w:spacing w:after="0" w:line="240" w:lineRule="auto"/>
            </w:pPr>
            <w:r/>
            <w:r>
              <w:rPr>
                <w:rFonts w:ascii="Arial" w:hAnsi="Arial"/>
                <w:b w:val="0"/>
                <w:color w:val="12324A"/>
                <w:sz w:val="17"/>
              </w:rPr>
              <w:t>________________________________</w:t>
            </w:r>
          </w:p>
        </w:tc>
      </w:tr>
    </w:tbl>
    <w:p>
      <w:pPr>
        <w:spacing w:after="20"/>
      </w:pPr>
    </w:p>
    <w:p>
      <w:pPr>
        <w:spacing w:after="100"/>
      </w:pPr>
      <w:r>
        <w:rPr>
          <w:i/>
          <w:color w:val="5E6872"/>
          <w:sz w:val="17"/>
        </w:rPr>
        <w:t>Please complete all applicable sections and attach the requested supporting documents. Information is collected for client onboarding, AML/CFT due diligence, purchasing readiness, property matching and transaction administration. Incomplete information may delay property viewings, offers or acceptance as a client.</w:t>
      </w:r>
    </w:p>
    <w:p>
      <w:pPr>
        <w:keepNext/>
        <w:spacing w:before="160" w:after="80"/>
        <w:shd w:fill="12324A"/>
      </w:pPr>
      <w:r>
        <w:rPr>
          <w:rFonts w:ascii="Arial" w:hAnsi="Arial"/>
          <w:b/>
          <w:color w:val="FFFFFF"/>
          <w:sz w:val="22"/>
        </w:rPr>
        <w:t>1.  CLIENT IDENTIFICATION — INDIVIDUAL BUYER</w:t>
      </w:r>
    </w:p>
    <w:tbl>
      <w:tblPr>
        <w:tblW w:type="auto" w:w="0"/>
        <w:jc w:val="center"/>
        <w:tblLayout w:type="fixed"/>
        <w:tblLook w:firstColumn="1" w:firstRow="1" w:lastColumn="0" w:lastRow="0" w:noHBand="0" w:noVBand="1" w:val="04A0"/>
      </w:tblPr>
      <w:tblGrid>
        <w:gridCol w:w="5083"/>
        <w:gridCol w:w="5083"/>
      </w:tblGrid>
      <w:tr>
        <w:trPr>
          <w:cantSplit/>
        </w:trPr>
        <w:tc>
          <w:tcPr>
            <w:tcW w:type="dxa" w:w="3024"/>
            <w:vAlign w:val="center"/>
            <w:tcMar>
              <w:top w:w="80" w:type="dxa"/>
              <w:start w:w="110" w:type="dxa"/>
              <w:bottom w:w="80" w:type="dxa"/>
              <w:end w:w="110" w:type="dxa"/>
            </w:tcMar>
            <w:shd w:fill="F3F5F7"/>
          </w:tcPr>
          <w:p>
            <w:pPr>
              <w:spacing w:after="0" w:line="240" w:lineRule="auto"/>
            </w:pPr>
            <w:r/>
            <w:r>
              <w:rPr>
                <w:rFonts w:ascii="Arial" w:hAnsi="Arial"/>
                <w:b/>
                <w:color w:val="12324A"/>
                <w:sz w:val="17"/>
              </w:rPr>
              <w:t>1. Full and correct legal name</w:t>
            </w:r>
          </w:p>
        </w:tc>
        <w:tc>
          <w:tcPr>
            <w:tcW w:type="dxa" w:w="6768"/>
            <w:vAlign w:val="center"/>
            <w:tcMar>
              <w:top w:w="80" w:type="dxa"/>
              <w:start w:w="110" w:type="dxa"/>
              <w:bottom w:w="80" w:type="dxa"/>
              <w:end w:w="110" w:type="dxa"/>
            </w:tcMar>
          </w:tcPr>
          <w:p>
            <w:pPr>
              <w:spacing w:after="0" w:line="240" w:lineRule="auto"/>
            </w:pPr>
            <w:r/>
            <w:r>
              <w:rPr>
                <w:rFonts w:ascii="Arial" w:hAnsi="Arial"/>
                <w:b w:val="0"/>
                <w:color w:val="12324A"/>
                <w:sz w:val="17"/>
              </w:rPr>
              <w:t>____________________________________________________________</w:t>
            </w:r>
          </w:p>
        </w:tc>
      </w:tr>
      <w:tr>
        <w:trPr>
          <w:cantSplit/>
        </w:trPr>
        <w:tc>
          <w:tcPr>
            <w:tcW w:type="dxa" w:w="3024"/>
            <w:vAlign w:val="center"/>
            <w:tcMar>
              <w:top w:w="80" w:type="dxa"/>
              <w:start w:w="110" w:type="dxa"/>
              <w:bottom w:w="80" w:type="dxa"/>
              <w:end w:w="110" w:type="dxa"/>
            </w:tcMar>
            <w:shd w:fill="F3F5F7"/>
          </w:tcPr>
          <w:p>
            <w:pPr>
              <w:spacing w:after="0" w:line="240" w:lineRule="auto"/>
            </w:pPr>
            <w:r/>
            <w:r>
              <w:rPr>
                <w:rFonts w:ascii="Arial" w:hAnsi="Arial"/>
                <w:b/>
                <w:color w:val="12324A"/>
                <w:sz w:val="17"/>
              </w:rPr>
              <w:t>2. Former / other names</w:t>
            </w:r>
          </w:p>
        </w:tc>
        <w:tc>
          <w:tcPr>
            <w:tcW w:type="dxa" w:w="6768"/>
            <w:vAlign w:val="center"/>
            <w:tcMar>
              <w:top w:w="80" w:type="dxa"/>
              <w:start w:w="110" w:type="dxa"/>
              <w:bottom w:w="80" w:type="dxa"/>
              <w:end w:w="110" w:type="dxa"/>
            </w:tcMar>
          </w:tcPr>
          <w:p>
            <w:pPr>
              <w:spacing w:after="0" w:line="240" w:lineRule="auto"/>
            </w:pPr>
            <w:r/>
            <w:r>
              <w:rPr>
                <w:rFonts w:ascii="Arial" w:hAnsi="Arial"/>
                <w:b w:val="0"/>
                <w:color w:val="12324A"/>
                <w:sz w:val="17"/>
              </w:rPr>
              <w:t>____________________________________________________________</w:t>
            </w:r>
          </w:p>
        </w:tc>
      </w:tr>
      <w:tr>
        <w:trPr>
          <w:cantSplit/>
        </w:trPr>
        <w:tc>
          <w:tcPr>
            <w:tcW w:type="dxa" w:w="3024"/>
            <w:vAlign w:val="center"/>
            <w:tcMar>
              <w:top w:w="80" w:type="dxa"/>
              <w:start w:w="110" w:type="dxa"/>
              <w:bottom w:w="80" w:type="dxa"/>
              <w:end w:w="110" w:type="dxa"/>
            </w:tcMar>
            <w:shd w:fill="F3F5F7"/>
          </w:tcPr>
          <w:p>
            <w:pPr>
              <w:spacing w:after="0" w:line="240" w:lineRule="auto"/>
            </w:pPr>
            <w:r/>
            <w:r>
              <w:rPr>
                <w:rFonts w:ascii="Arial" w:hAnsi="Arial"/>
                <w:b/>
                <w:color w:val="12324A"/>
                <w:sz w:val="17"/>
              </w:rPr>
              <w:t>3. Permanent residential address</w:t>
            </w:r>
          </w:p>
        </w:tc>
        <w:tc>
          <w:tcPr>
            <w:tcW w:type="dxa" w:w="6768"/>
            <w:vAlign w:val="center"/>
            <w:tcMar>
              <w:top w:w="80" w:type="dxa"/>
              <w:start w:w="110" w:type="dxa"/>
              <w:bottom w:w="80" w:type="dxa"/>
              <w:end w:w="110" w:type="dxa"/>
            </w:tcMar>
          </w:tcPr>
          <w:p>
            <w:pPr>
              <w:spacing w:after="0" w:line="240" w:lineRule="auto"/>
            </w:pPr>
            <w:r/>
            <w:r>
              <w:rPr>
                <w:rFonts w:ascii="Arial" w:hAnsi="Arial"/>
                <w:b w:val="0"/>
                <w:color w:val="12324A"/>
                <w:sz w:val="17"/>
              </w:rPr>
              <w:t>____________________________________________________________</w:t>
              <w:br/>
              <w:t>Island/Country: __________________________ Postal Code: __________</w:t>
            </w:r>
          </w:p>
        </w:tc>
      </w:tr>
      <w:tr>
        <w:trPr>
          <w:cantSplit/>
        </w:trPr>
        <w:tc>
          <w:tcPr>
            <w:tcW w:type="dxa" w:w="3024"/>
            <w:vAlign w:val="center"/>
            <w:tcMar>
              <w:top w:w="80" w:type="dxa"/>
              <w:start w:w="110" w:type="dxa"/>
              <w:bottom w:w="80" w:type="dxa"/>
              <w:end w:w="110" w:type="dxa"/>
            </w:tcMar>
            <w:shd w:fill="F3F5F7"/>
          </w:tcPr>
          <w:p>
            <w:pPr>
              <w:spacing w:after="0" w:line="240" w:lineRule="auto"/>
            </w:pPr>
            <w:r/>
            <w:r>
              <w:rPr>
                <w:rFonts w:ascii="Arial" w:hAnsi="Arial"/>
                <w:b/>
                <w:color w:val="12324A"/>
                <w:sz w:val="17"/>
              </w:rPr>
              <w:t>Mailing address / P.O. Box</w:t>
            </w:r>
          </w:p>
        </w:tc>
        <w:tc>
          <w:tcPr>
            <w:tcW w:type="dxa" w:w="6768"/>
            <w:vAlign w:val="center"/>
            <w:tcMar>
              <w:top w:w="80" w:type="dxa"/>
              <w:start w:w="110" w:type="dxa"/>
              <w:bottom w:w="80" w:type="dxa"/>
              <w:end w:w="110" w:type="dxa"/>
            </w:tcMar>
          </w:tcPr>
          <w:p>
            <w:pPr>
              <w:spacing w:after="0" w:line="240" w:lineRule="auto"/>
            </w:pPr>
            <w:r/>
            <w:r>
              <w:rPr>
                <w:rFonts w:ascii="Arial" w:hAnsi="Arial"/>
                <w:b w:val="0"/>
                <w:color w:val="12324A"/>
                <w:sz w:val="17"/>
              </w:rPr>
              <w:t>____________________________________________________________</w:t>
            </w:r>
          </w:p>
        </w:tc>
      </w:tr>
      <w:tr>
        <w:trPr>
          <w:cantSplit/>
        </w:trPr>
        <w:tc>
          <w:tcPr>
            <w:tcW w:type="dxa" w:w="3024"/>
            <w:vAlign w:val="center"/>
            <w:tcMar>
              <w:top w:w="80" w:type="dxa"/>
              <w:start w:w="110" w:type="dxa"/>
              <w:bottom w:w="80" w:type="dxa"/>
              <w:end w:w="110" w:type="dxa"/>
            </w:tcMar>
            <w:shd w:fill="F3F5F7"/>
          </w:tcPr>
          <w:p>
            <w:pPr>
              <w:spacing w:after="0" w:line="240" w:lineRule="auto"/>
            </w:pPr>
            <w:r/>
            <w:r>
              <w:rPr>
                <w:rFonts w:ascii="Arial" w:hAnsi="Arial"/>
                <w:b/>
                <w:color w:val="12324A"/>
                <w:sz w:val="17"/>
              </w:rPr>
              <w:t>Contact details</w:t>
            </w:r>
          </w:p>
        </w:tc>
        <w:tc>
          <w:tcPr>
            <w:tcW w:type="dxa" w:w="6768"/>
            <w:vAlign w:val="center"/>
            <w:tcMar>
              <w:top w:w="80" w:type="dxa"/>
              <w:start w:w="110" w:type="dxa"/>
              <w:bottom w:w="80" w:type="dxa"/>
              <w:end w:w="110" w:type="dxa"/>
            </w:tcMar>
          </w:tcPr>
          <w:p>
            <w:pPr>
              <w:spacing w:after="0" w:line="240" w:lineRule="auto"/>
            </w:pPr>
            <w:r/>
            <w:r>
              <w:rPr>
                <w:rFonts w:ascii="Arial" w:hAnsi="Arial"/>
                <w:b w:val="0"/>
                <w:color w:val="12324A"/>
                <w:sz w:val="17"/>
              </w:rPr>
              <w:t>Home: __________________  Cell: __________________  Business: __________________</w:t>
              <w:br/>
              <w:t>Fax: ____________________  Email: __________________________________________</w:t>
            </w:r>
          </w:p>
        </w:tc>
      </w:tr>
      <w:tr>
        <w:trPr>
          <w:cantSplit/>
        </w:trPr>
        <w:tc>
          <w:tcPr>
            <w:tcW w:type="dxa" w:w="3024"/>
            <w:vAlign w:val="center"/>
            <w:tcMar>
              <w:top w:w="80" w:type="dxa"/>
              <w:start w:w="110" w:type="dxa"/>
              <w:bottom w:w="80" w:type="dxa"/>
              <w:end w:w="110" w:type="dxa"/>
            </w:tcMar>
            <w:shd w:fill="F3F5F7"/>
          </w:tcPr>
          <w:p>
            <w:pPr>
              <w:spacing w:after="0" w:line="240" w:lineRule="auto"/>
            </w:pPr>
            <w:r/>
            <w:r>
              <w:rPr>
                <w:rFonts w:ascii="Arial" w:hAnsi="Arial"/>
                <w:b/>
                <w:color w:val="12324A"/>
                <w:sz w:val="17"/>
              </w:rPr>
              <w:t>4. Place of birth</w:t>
            </w:r>
          </w:p>
        </w:tc>
        <w:tc>
          <w:tcPr>
            <w:tcW w:type="dxa" w:w="6768"/>
            <w:vAlign w:val="center"/>
            <w:tcMar>
              <w:top w:w="80" w:type="dxa"/>
              <w:start w:w="110" w:type="dxa"/>
              <w:bottom w:w="80" w:type="dxa"/>
              <w:end w:w="110" w:type="dxa"/>
            </w:tcMar>
          </w:tcPr>
          <w:p>
            <w:pPr>
              <w:spacing w:after="0" w:line="240" w:lineRule="auto"/>
            </w:pPr>
            <w:r/>
            <w:r>
              <w:rPr>
                <w:rFonts w:ascii="Arial" w:hAnsi="Arial"/>
                <w:b w:val="0"/>
                <w:color w:val="12324A"/>
                <w:sz w:val="17"/>
              </w:rPr>
              <w:t>_______________________________</w:t>
            </w:r>
          </w:p>
        </w:tc>
      </w:tr>
      <w:tr>
        <w:trPr>
          <w:cantSplit/>
        </w:trPr>
        <w:tc>
          <w:tcPr>
            <w:tcW w:type="dxa" w:w="3024"/>
            <w:vAlign w:val="center"/>
            <w:tcMar>
              <w:top w:w="80" w:type="dxa"/>
              <w:start w:w="110" w:type="dxa"/>
              <w:bottom w:w="80" w:type="dxa"/>
              <w:end w:w="110" w:type="dxa"/>
            </w:tcMar>
            <w:shd w:fill="F3F5F7"/>
          </w:tcPr>
          <w:p>
            <w:pPr>
              <w:spacing w:after="0" w:line="240" w:lineRule="auto"/>
            </w:pPr>
            <w:r/>
            <w:r>
              <w:rPr>
                <w:rFonts w:ascii="Arial" w:hAnsi="Arial"/>
                <w:b/>
                <w:color w:val="12324A"/>
                <w:sz w:val="17"/>
              </w:rPr>
              <w:t>5. Date of birth</w:t>
            </w:r>
          </w:p>
        </w:tc>
        <w:tc>
          <w:tcPr>
            <w:tcW w:type="dxa" w:w="6768"/>
            <w:vAlign w:val="center"/>
            <w:tcMar>
              <w:top w:w="80" w:type="dxa"/>
              <w:start w:w="110" w:type="dxa"/>
              <w:bottom w:w="80" w:type="dxa"/>
              <w:end w:w="110" w:type="dxa"/>
            </w:tcMar>
          </w:tcPr>
          <w:p>
            <w:pPr>
              <w:spacing w:after="0" w:line="240" w:lineRule="auto"/>
            </w:pPr>
            <w:r/>
            <w:r>
              <w:rPr>
                <w:rFonts w:ascii="Arial" w:hAnsi="Arial"/>
                <w:b w:val="0"/>
                <w:color w:val="12324A"/>
                <w:sz w:val="17"/>
              </w:rPr>
              <w:t>____ / ____ / ________</w:t>
            </w:r>
          </w:p>
        </w:tc>
      </w:tr>
      <w:tr>
        <w:trPr>
          <w:cantSplit/>
        </w:trPr>
        <w:tc>
          <w:tcPr>
            <w:tcW w:type="dxa" w:w="3024"/>
            <w:vAlign w:val="center"/>
            <w:tcMar>
              <w:top w:w="80" w:type="dxa"/>
              <w:start w:w="110" w:type="dxa"/>
              <w:bottom w:w="80" w:type="dxa"/>
              <w:end w:w="110" w:type="dxa"/>
            </w:tcMar>
            <w:shd w:fill="F3F5F7"/>
          </w:tcPr>
          <w:p>
            <w:pPr>
              <w:spacing w:after="0" w:line="240" w:lineRule="auto"/>
            </w:pPr>
            <w:r/>
            <w:r>
              <w:rPr>
                <w:rFonts w:ascii="Arial" w:hAnsi="Arial"/>
                <w:b/>
                <w:color w:val="12324A"/>
                <w:sz w:val="17"/>
              </w:rPr>
              <w:t>6. Nationality / citizenship(s)</w:t>
            </w:r>
          </w:p>
        </w:tc>
        <w:tc>
          <w:tcPr>
            <w:tcW w:type="dxa" w:w="6768"/>
            <w:vAlign w:val="center"/>
            <w:tcMar>
              <w:top w:w="80" w:type="dxa"/>
              <w:start w:w="110" w:type="dxa"/>
              <w:bottom w:w="80" w:type="dxa"/>
              <w:end w:w="110" w:type="dxa"/>
            </w:tcMar>
          </w:tcPr>
          <w:p>
            <w:pPr>
              <w:spacing w:after="0" w:line="240" w:lineRule="auto"/>
            </w:pPr>
            <w:r/>
            <w:r>
              <w:rPr>
                <w:rFonts w:ascii="Arial" w:hAnsi="Arial"/>
                <w:b w:val="0"/>
                <w:color w:val="12324A"/>
                <w:sz w:val="17"/>
              </w:rPr>
              <w:t>____________________________________________________________</w:t>
            </w:r>
          </w:p>
        </w:tc>
      </w:tr>
      <w:tr>
        <w:trPr>
          <w:cantSplit/>
        </w:trPr>
        <w:tc>
          <w:tcPr>
            <w:tcW w:type="dxa" w:w="3024"/>
            <w:vAlign w:val="center"/>
            <w:tcMar>
              <w:top w:w="80" w:type="dxa"/>
              <w:start w:w="110" w:type="dxa"/>
              <w:bottom w:w="80" w:type="dxa"/>
              <w:end w:w="110" w:type="dxa"/>
            </w:tcMar>
            <w:shd w:fill="F3F5F7"/>
          </w:tcPr>
          <w:p>
            <w:pPr>
              <w:spacing w:after="0" w:line="240" w:lineRule="auto"/>
            </w:pPr>
            <w:r/>
            <w:r>
              <w:rPr>
                <w:rFonts w:ascii="Arial" w:hAnsi="Arial"/>
                <w:b/>
                <w:color w:val="12324A"/>
                <w:sz w:val="17"/>
              </w:rPr>
              <w:t>7. Occupation / profession</w:t>
            </w:r>
          </w:p>
        </w:tc>
        <w:tc>
          <w:tcPr>
            <w:tcW w:type="dxa" w:w="6768"/>
            <w:vAlign w:val="center"/>
            <w:tcMar>
              <w:top w:w="80" w:type="dxa"/>
              <w:start w:w="110" w:type="dxa"/>
              <w:bottom w:w="80" w:type="dxa"/>
              <w:end w:w="110" w:type="dxa"/>
            </w:tcMar>
          </w:tcPr>
          <w:p>
            <w:pPr>
              <w:spacing w:after="0" w:line="240" w:lineRule="auto"/>
            </w:pPr>
            <w:r/>
            <w:r>
              <w:rPr>
                <w:rFonts w:ascii="Arial" w:hAnsi="Arial"/>
                <w:b w:val="0"/>
                <w:color w:val="12324A"/>
                <w:sz w:val="17"/>
              </w:rPr>
              <w:t>____________________________________________________________</w:t>
            </w:r>
          </w:p>
        </w:tc>
      </w:tr>
      <w:tr>
        <w:trPr>
          <w:cantSplit/>
        </w:trPr>
        <w:tc>
          <w:tcPr>
            <w:tcW w:type="dxa" w:w="3024"/>
            <w:vAlign w:val="center"/>
            <w:tcMar>
              <w:top w:w="80" w:type="dxa"/>
              <w:start w:w="110" w:type="dxa"/>
              <w:bottom w:w="80" w:type="dxa"/>
              <w:end w:w="110" w:type="dxa"/>
            </w:tcMar>
            <w:shd w:fill="F3F5F7"/>
          </w:tcPr>
          <w:p>
            <w:pPr>
              <w:spacing w:after="0" w:line="240" w:lineRule="auto"/>
            </w:pPr>
            <w:r/>
            <w:r>
              <w:rPr>
                <w:rFonts w:ascii="Arial" w:hAnsi="Arial"/>
                <w:b/>
                <w:color w:val="12324A"/>
                <w:sz w:val="17"/>
              </w:rPr>
              <w:t>8. Current or last employer</w:t>
            </w:r>
          </w:p>
        </w:tc>
        <w:tc>
          <w:tcPr>
            <w:tcW w:type="dxa" w:w="6768"/>
            <w:vAlign w:val="center"/>
            <w:tcMar>
              <w:top w:w="80" w:type="dxa"/>
              <w:start w:w="110" w:type="dxa"/>
              <w:bottom w:w="80" w:type="dxa"/>
              <w:end w:w="110" w:type="dxa"/>
            </w:tcMar>
          </w:tcPr>
          <w:p>
            <w:pPr>
              <w:spacing w:after="0" w:line="240" w:lineRule="auto"/>
            </w:pPr>
            <w:r/>
            <w:r>
              <w:rPr>
                <w:rFonts w:ascii="Arial" w:hAnsi="Arial"/>
                <w:b w:val="0"/>
                <w:color w:val="12324A"/>
                <w:sz w:val="17"/>
              </w:rPr>
              <w:t>Name: __________________________________  Since: ________________</w:t>
              <w:br/>
              <w:t>Address: __________________________________  Telephone: _______________</w:t>
            </w:r>
          </w:p>
        </w:tc>
      </w:tr>
      <w:tr>
        <w:trPr>
          <w:cantSplit/>
        </w:trPr>
        <w:tc>
          <w:tcPr>
            <w:tcW w:type="dxa" w:w="3024"/>
            <w:vAlign w:val="center"/>
            <w:tcMar>
              <w:top w:w="80" w:type="dxa"/>
              <w:start w:w="110" w:type="dxa"/>
              <w:bottom w:w="80" w:type="dxa"/>
              <w:end w:w="110" w:type="dxa"/>
            </w:tcMar>
            <w:shd w:fill="F3F5F7"/>
          </w:tcPr>
          <w:p>
            <w:pPr>
              <w:spacing w:after="0" w:line="240" w:lineRule="auto"/>
            </w:pPr>
            <w:r/>
            <w:r>
              <w:rPr>
                <w:rFonts w:ascii="Arial" w:hAnsi="Arial"/>
                <w:b/>
                <w:color w:val="12324A"/>
                <w:sz w:val="17"/>
              </w:rPr>
              <w:t>Government-issued ID</w:t>
            </w:r>
          </w:p>
        </w:tc>
        <w:tc>
          <w:tcPr>
            <w:tcW w:type="dxa" w:w="6768"/>
            <w:vAlign w:val="center"/>
            <w:tcMar>
              <w:top w:w="80" w:type="dxa"/>
              <w:start w:w="110" w:type="dxa"/>
              <w:bottom w:w="80" w:type="dxa"/>
              <w:end w:w="110" w:type="dxa"/>
            </w:tcMar>
          </w:tcPr>
          <w:p>
            <w:pPr>
              <w:spacing w:after="0" w:line="240" w:lineRule="auto"/>
            </w:pPr>
            <w:r/>
            <w:r>
              <w:rPr>
                <w:rFonts w:ascii="Arial" w:hAnsi="Arial"/>
                <w:b w:val="0"/>
                <w:color w:val="12324A"/>
                <w:sz w:val="17"/>
              </w:rPr>
              <w:t>Type: ☐ Passport  ☐ NIB Card  ☐ Driver’s Licence  ☐ Other __________</w:t>
              <w:br/>
              <w:t>Number: __________________  Country: __________  Expiry: ____/____/______</w:t>
            </w:r>
          </w:p>
        </w:tc>
      </w:tr>
      <w:tr>
        <w:trPr>
          <w:cantSplit/>
        </w:trPr>
        <w:tc>
          <w:tcPr>
            <w:tcW w:type="dxa" w:w="3024"/>
            <w:vAlign w:val="center"/>
            <w:tcMar>
              <w:top w:w="80" w:type="dxa"/>
              <w:start w:w="110" w:type="dxa"/>
              <w:bottom w:w="80" w:type="dxa"/>
              <w:end w:w="110" w:type="dxa"/>
            </w:tcMar>
            <w:shd w:fill="F3F5F7"/>
          </w:tcPr>
          <w:p>
            <w:pPr>
              <w:spacing w:after="0" w:line="240" w:lineRule="auto"/>
            </w:pPr>
            <w:r/>
            <w:r>
              <w:rPr>
                <w:rFonts w:ascii="Arial" w:hAnsi="Arial"/>
                <w:b/>
                <w:color w:val="12324A"/>
                <w:sz w:val="17"/>
              </w:rPr>
              <w:t>Immigration / residency status</w:t>
            </w:r>
          </w:p>
        </w:tc>
        <w:tc>
          <w:tcPr>
            <w:tcW w:type="dxa" w:w="6768"/>
            <w:vAlign w:val="center"/>
            <w:tcMar>
              <w:top w:w="80" w:type="dxa"/>
              <w:start w:w="110" w:type="dxa"/>
              <w:bottom w:w="80" w:type="dxa"/>
              <w:end w:w="110" w:type="dxa"/>
            </w:tcMar>
          </w:tcPr>
          <w:p>
            <w:pPr>
              <w:spacing w:after="0" w:line="240" w:lineRule="auto"/>
            </w:pPr>
            <w:r/>
            <w:r>
              <w:rPr>
                <w:rFonts w:ascii="Arial" w:hAnsi="Arial"/>
                <w:b w:val="0"/>
                <w:color w:val="12324A"/>
                <w:sz w:val="17"/>
              </w:rPr>
              <w:t>☐ Bahamian citizen  ☐ Permanent resident  ☐ Work permit holder</w:t>
              <w:br/>
              <w:t>☐ Non-resident  ☐ Other: _________________________________________</w:t>
            </w:r>
          </w:p>
        </w:tc>
      </w:tr>
      <w:tr>
        <w:trPr>
          <w:cantSplit/>
        </w:trPr>
        <w:tc>
          <w:tcPr>
            <w:tcW w:type="dxa" w:w="3024"/>
            <w:vAlign w:val="center"/>
            <w:tcMar>
              <w:top w:w="80" w:type="dxa"/>
              <w:start w:w="110" w:type="dxa"/>
              <w:bottom w:w="80" w:type="dxa"/>
              <w:end w:w="110" w:type="dxa"/>
            </w:tcMar>
            <w:shd w:fill="F3F5F7"/>
          </w:tcPr>
          <w:p>
            <w:pPr>
              <w:spacing w:after="0" w:line="240" w:lineRule="auto"/>
            </w:pPr>
            <w:r/>
            <w:r>
              <w:rPr>
                <w:rFonts w:ascii="Arial" w:hAnsi="Arial"/>
                <w:b/>
                <w:color w:val="12324A"/>
                <w:sz w:val="17"/>
              </w:rPr>
              <w:t>Tax residency</w:t>
            </w:r>
          </w:p>
        </w:tc>
        <w:tc>
          <w:tcPr>
            <w:tcW w:type="dxa" w:w="6768"/>
            <w:vAlign w:val="center"/>
            <w:tcMar>
              <w:top w:w="80" w:type="dxa"/>
              <w:start w:w="110" w:type="dxa"/>
              <w:bottom w:w="80" w:type="dxa"/>
              <w:end w:w="110" w:type="dxa"/>
            </w:tcMar>
          </w:tcPr>
          <w:p>
            <w:pPr>
              <w:spacing w:after="0" w:line="240" w:lineRule="auto"/>
            </w:pPr>
            <w:r/>
            <w:r>
              <w:rPr>
                <w:rFonts w:ascii="Arial" w:hAnsi="Arial"/>
                <w:b w:val="0"/>
                <w:color w:val="12324A"/>
                <w:sz w:val="17"/>
              </w:rPr>
              <w:t>Country/countries: _______________________  TIN(s): _________________________</w:t>
            </w:r>
          </w:p>
        </w:tc>
      </w:tr>
      <w:tr>
        <w:trPr>
          <w:cantSplit/>
        </w:trPr>
        <w:tc>
          <w:tcPr>
            <w:tcW w:type="dxa" w:w="3024"/>
            <w:vAlign w:val="center"/>
            <w:tcMar>
              <w:top w:w="80" w:type="dxa"/>
              <w:start w:w="110" w:type="dxa"/>
              <w:bottom w:w="80" w:type="dxa"/>
              <w:end w:w="110" w:type="dxa"/>
            </w:tcMar>
            <w:shd w:fill="F3F5F7"/>
          </w:tcPr>
          <w:p>
            <w:pPr>
              <w:spacing w:after="0" w:line="240" w:lineRule="auto"/>
            </w:pPr>
            <w:r/>
            <w:r>
              <w:rPr>
                <w:rFonts w:ascii="Arial" w:hAnsi="Arial"/>
                <w:b/>
                <w:color w:val="12324A"/>
                <w:sz w:val="17"/>
              </w:rPr>
              <w:t>Preferred communication</w:t>
            </w:r>
          </w:p>
        </w:tc>
        <w:tc>
          <w:tcPr>
            <w:tcW w:type="dxa" w:w="6768"/>
            <w:vAlign w:val="center"/>
            <w:tcMar>
              <w:top w:w="80" w:type="dxa"/>
              <w:start w:w="110" w:type="dxa"/>
              <w:bottom w:w="80" w:type="dxa"/>
              <w:end w:w="110" w:type="dxa"/>
            </w:tcMar>
          </w:tcPr>
          <w:p>
            <w:pPr>
              <w:spacing w:after="0" w:line="240" w:lineRule="auto"/>
            </w:pPr>
            <w:r/>
            <w:r>
              <w:rPr>
                <w:rFonts w:ascii="Arial" w:hAnsi="Arial"/>
                <w:b w:val="0"/>
                <w:color w:val="12324A"/>
                <w:sz w:val="17"/>
              </w:rPr>
              <w:t>☐ Email  ☐ Cell  ☐ WhatsApp  ☐ Other: ___________________________</w:t>
            </w:r>
          </w:p>
        </w:tc>
      </w:tr>
    </w:tbl>
    <w:p>
      <w:pPr>
        <w:spacing w:after="20"/>
      </w:pPr>
    </w:p>
    <w:p>
      <w:pPr>
        <w:keepNext/>
        <w:spacing w:before="160" w:after="80"/>
        <w:shd w:fill="12324A"/>
      </w:pPr>
      <w:r>
        <w:rPr>
          <w:rFonts w:ascii="Arial" w:hAnsi="Arial"/>
          <w:b/>
          <w:color w:val="FFFFFF"/>
          <w:sz w:val="22"/>
        </w:rPr>
        <w:t>2.  EMPLOYMENT AND INCOME INFORMATION</w:t>
      </w:r>
    </w:p>
    <w:tbl>
      <w:tblPr>
        <w:tblW w:type="auto" w:w="0"/>
        <w:jc w:val="center"/>
        <w:tblLayout w:type="fixed"/>
        <w:tblLook w:firstColumn="1" w:firstRow="1" w:lastColumn="0" w:lastRow="0" w:noHBand="0" w:noVBand="1" w:val="04A0"/>
      </w:tblPr>
      <w:tblGrid>
        <w:gridCol w:w="5083"/>
        <w:gridCol w:w="5083"/>
      </w:tblGrid>
      <w:tr>
        <w:trPr>
          <w:cantSplit/>
        </w:trPr>
        <w:tc>
          <w:tcPr>
            <w:tcW w:type="dxa" w:w="3024"/>
            <w:vAlign w:val="center"/>
            <w:tcMar>
              <w:top w:w="80" w:type="dxa"/>
              <w:start w:w="110" w:type="dxa"/>
              <w:bottom w:w="80" w:type="dxa"/>
              <w:end w:w="110" w:type="dxa"/>
            </w:tcMar>
            <w:shd w:fill="F3F5F7"/>
          </w:tcPr>
          <w:p>
            <w:pPr>
              <w:spacing w:after="0" w:line="240" w:lineRule="auto"/>
            </w:pPr>
            <w:r/>
            <w:r>
              <w:rPr>
                <w:rFonts w:ascii="Arial" w:hAnsi="Arial"/>
                <w:b/>
                <w:color w:val="12324A"/>
                <w:sz w:val="17"/>
              </w:rPr>
              <w:t>Employment status</w:t>
            </w:r>
          </w:p>
        </w:tc>
        <w:tc>
          <w:tcPr>
            <w:tcW w:type="dxa" w:w="6768"/>
            <w:vAlign w:val="center"/>
            <w:tcMar>
              <w:top w:w="80" w:type="dxa"/>
              <w:start w:w="110" w:type="dxa"/>
              <w:bottom w:w="80" w:type="dxa"/>
              <w:end w:w="110" w:type="dxa"/>
            </w:tcMar>
          </w:tcPr>
          <w:p>
            <w:pPr>
              <w:spacing w:after="0" w:line="240" w:lineRule="auto"/>
            </w:pPr>
            <w:r/>
            <w:r>
              <w:rPr>
                <w:rFonts w:ascii="Arial" w:hAnsi="Arial"/>
                <w:b w:val="0"/>
                <w:color w:val="12324A"/>
                <w:sz w:val="17"/>
              </w:rPr>
              <w:t>☐ Full-time  ☐ Part-time  ☐ Contract  ☐ Temporary  ☐ Seasonal</w:t>
              <w:br/>
              <w:t>☐ Retired  ☐ Unemployed  ☐ Other: _______________________________</w:t>
            </w:r>
          </w:p>
        </w:tc>
      </w:tr>
      <w:tr>
        <w:trPr>
          <w:cantSplit/>
        </w:trPr>
        <w:tc>
          <w:tcPr>
            <w:tcW w:type="dxa" w:w="3024"/>
            <w:vAlign w:val="center"/>
            <w:tcMar>
              <w:top w:w="80" w:type="dxa"/>
              <w:start w:w="110" w:type="dxa"/>
              <w:bottom w:w="80" w:type="dxa"/>
              <w:end w:w="110" w:type="dxa"/>
            </w:tcMar>
            <w:shd w:fill="F3F5F7"/>
          </w:tcPr>
          <w:p>
            <w:pPr>
              <w:spacing w:after="0" w:line="240" w:lineRule="auto"/>
            </w:pPr>
            <w:r/>
            <w:r>
              <w:rPr>
                <w:rFonts w:ascii="Arial" w:hAnsi="Arial"/>
                <w:b/>
                <w:color w:val="12324A"/>
                <w:sz w:val="17"/>
              </w:rPr>
              <w:t>Current employer</w:t>
            </w:r>
          </w:p>
        </w:tc>
        <w:tc>
          <w:tcPr>
            <w:tcW w:type="dxa" w:w="6768"/>
            <w:vAlign w:val="center"/>
            <w:tcMar>
              <w:top w:w="80" w:type="dxa"/>
              <w:start w:w="110" w:type="dxa"/>
              <w:bottom w:w="80" w:type="dxa"/>
              <w:end w:w="110" w:type="dxa"/>
            </w:tcMar>
          </w:tcPr>
          <w:p>
            <w:pPr>
              <w:spacing w:after="0" w:line="240" w:lineRule="auto"/>
            </w:pPr>
            <w:r/>
            <w:r>
              <w:rPr>
                <w:rFonts w:ascii="Arial" w:hAnsi="Arial"/>
                <w:b w:val="0"/>
                <w:color w:val="12324A"/>
                <w:sz w:val="17"/>
              </w:rPr>
              <w:t>Legal name: _____________________________________________________</w:t>
              <w:br/>
              <w:t>Trading name, if different: _________________________________________</w:t>
            </w:r>
          </w:p>
        </w:tc>
      </w:tr>
      <w:tr>
        <w:trPr>
          <w:cantSplit/>
        </w:trPr>
        <w:tc>
          <w:tcPr>
            <w:tcW w:type="dxa" w:w="3024"/>
            <w:vAlign w:val="center"/>
            <w:tcMar>
              <w:top w:w="80" w:type="dxa"/>
              <w:start w:w="110" w:type="dxa"/>
              <w:bottom w:w="80" w:type="dxa"/>
              <w:end w:w="110" w:type="dxa"/>
            </w:tcMar>
            <w:shd w:fill="F3F5F7"/>
          </w:tcPr>
          <w:p>
            <w:pPr>
              <w:spacing w:after="0" w:line="240" w:lineRule="auto"/>
            </w:pPr>
            <w:r/>
            <w:r>
              <w:rPr>
                <w:rFonts w:ascii="Arial" w:hAnsi="Arial"/>
                <w:b/>
                <w:color w:val="12324A"/>
                <w:sz w:val="17"/>
              </w:rPr>
              <w:t>Employer address</w:t>
            </w:r>
          </w:p>
        </w:tc>
        <w:tc>
          <w:tcPr>
            <w:tcW w:type="dxa" w:w="6768"/>
            <w:vAlign w:val="center"/>
            <w:tcMar>
              <w:top w:w="80" w:type="dxa"/>
              <w:start w:w="110" w:type="dxa"/>
              <w:bottom w:w="80" w:type="dxa"/>
              <w:end w:w="110" w:type="dxa"/>
            </w:tcMar>
          </w:tcPr>
          <w:p>
            <w:pPr>
              <w:spacing w:after="0" w:line="240" w:lineRule="auto"/>
            </w:pPr>
            <w:r/>
            <w:r>
              <w:rPr>
                <w:rFonts w:ascii="Arial" w:hAnsi="Arial"/>
                <w:b w:val="0"/>
                <w:color w:val="12324A"/>
                <w:sz w:val="17"/>
              </w:rPr>
              <w:t>____________________________________________________________</w:t>
              <w:br/>
              <w:t>Island/Country: _________________________________________________</w:t>
            </w:r>
          </w:p>
        </w:tc>
      </w:tr>
      <w:tr>
        <w:trPr>
          <w:cantSplit/>
        </w:trPr>
        <w:tc>
          <w:tcPr>
            <w:tcW w:type="dxa" w:w="3024"/>
            <w:vAlign w:val="center"/>
            <w:tcMar>
              <w:top w:w="80" w:type="dxa"/>
              <w:start w:w="110" w:type="dxa"/>
              <w:bottom w:w="80" w:type="dxa"/>
              <w:end w:w="110" w:type="dxa"/>
            </w:tcMar>
            <w:shd w:fill="F3F5F7"/>
          </w:tcPr>
          <w:p>
            <w:pPr>
              <w:spacing w:after="0" w:line="240" w:lineRule="auto"/>
            </w:pPr>
            <w:r/>
            <w:r>
              <w:rPr>
                <w:rFonts w:ascii="Arial" w:hAnsi="Arial"/>
                <w:b/>
                <w:color w:val="12324A"/>
                <w:sz w:val="17"/>
              </w:rPr>
              <w:t>Employer contact</w:t>
            </w:r>
          </w:p>
        </w:tc>
        <w:tc>
          <w:tcPr>
            <w:tcW w:type="dxa" w:w="6768"/>
            <w:vAlign w:val="center"/>
            <w:tcMar>
              <w:top w:w="80" w:type="dxa"/>
              <w:start w:w="110" w:type="dxa"/>
              <w:bottom w:w="80" w:type="dxa"/>
              <w:end w:w="110" w:type="dxa"/>
            </w:tcMar>
          </w:tcPr>
          <w:p>
            <w:pPr>
              <w:spacing w:after="0" w:line="240" w:lineRule="auto"/>
            </w:pPr>
            <w:r/>
            <w:r>
              <w:rPr>
                <w:rFonts w:ascii="Arial" w:hAnsi="Arial"/>
                <w:b w:val="0"/>
                <w:color w:val="12324A"/>
                <w:sz w:val="17"/>
              </w:rPr>
              <w:t>Telephone: _____________________  Email: ___________________________</w:t>
            </w:r>
          </w:p>
        </w:tc>
      </w:tr>
      <w:tr>
        <w:trPr>
          <w:cantSplit/>
        </w:trPr>
        <w:tc>
          <w:tcPr>
            <w:tcW w:type="dxa" w:w="3024"/>
            <w:vAlign w:val="center"/>
            <w:tcMar>
              <w:top w:w="80" w:type="dxa"/>
              <w:start w:w="110" w:type="dxa"/>
              <w:bottom w:w="80" w:type="dxa"/>
              <w:end w:w="110" w:type="dxa"/>
            </w:tcMar>
            <w:shd w:fill="F3F5F7"/>
          </w:tcPr>
          <w:p>
            <w:pPr>
              <w:spacing w:after="0" w:line="240" w:lineRule="auto"/>
            </w:pPr>
            <w:r/>
            <w:r>
              <w:rPr>
                <w:rFonts w:ascii="Arial" w:hAnsi="Arial"/>
                <w:b/>
                <w:color w:val="12324A"/>
                <w:sz w:val="17"/>
              </w:rPr>
              <w:t>Job title / position</w:t>
            </w:r>
          </w:p>
        </w:tc>
        <w:tc>
          <w:tcPr>
            <w:tcW w:type="dxa" w:w="6768"/>
            <w:vAlign w:val="center"/>
            <w:tcMar>
              <w:top w:w="80" w:type="dxa"/>
              <w:start w:w="110" w:type="dxa"/>
              <w:bottom w:w="80" w:type="dxa"/>
              <w:end w:w="110" w:type="dxa"/>
            </w:tcMar>
          </w:tcPr>
          <w:p>
            <w:pPr>
              <w:spacing w:after="0" w:line="240" w:lineRule="auto"/>
            </w:pPr>
            <w:r/>
            <w:r>
              <w:rPr>
                <w:rFonts w:ascii="Arial" w:hAnsi="Arial"/>
                <w:b w:val="0"/>
                <w:color w:val="12324A"/>
                <w:sz w:val="17"/>
              </w:rPr>
              <w:t>____________________________________________________________</w:t>
            </w:r>
          </w:p>
        </w:tc>
      </w:tr>
      <w:tr>
        <w:trPr>
          <w:cantSplit/>
        </w:trPr>
        <w:tc>
          <w:tcPr>
            <w:tcW w:type="dxa" w:w="3024"/>
            <w:vAlign w:val="center"/>
            <w:tcMar>
              <w:top w:w="80" w:type="dxa"/>
              <w:start w:w="110" w:type="dxa"/>
              <w:bottom w:w="80" w:type="dxa"/>
              <w:end w:w="110" w:type="dxa"/>
            </w:tcMar>
            <w:shd w:fill="F3F5F7"/>
          </w:tcPr>
          <w:p>
            <w:pPr>
              <w:spacing w:after="0" w:line="240" w:lineRule="auto"/>
            </w:pPr>
            <w:r/>
            <w:r>
              <w:rPr>
                <w:rFonts w:ascii="Arial" w:hAnsi="Arial"/>
                <w:b/>
                <w:color w:val="12324A"/>
                <w:sz w:val="17"/>
              </w:rPr>
              <w:t>Department / occupation</w:t>
            </w:r>
          </w:p>
        </w:tc>
        <w:tc>
          <w:tcPr>
            <w:tcW w:type="dxa" w:w="6768"/>
            <w:vAlign w:val="center"/>
            <w:tcMar>
              <w:top w:w="80" w:type="dxa"/>
              <w:start w:w="110" w:type="dxa"/>
              <w:bottom w:w="80" w:type="dxa"/>
              <w:end w:w="110" w:type="dxa"/>
            </w:tcMar>
          </w:tcPr>
          <w:p>
            <w:pPr>
              <w:spacing w:after="0" w:line="240" w:lineRule="auto"/>
            </w:pPr>
            <w:r/>
            <w:r>
              <w:rPr>
                <w:rFonts w:ascii="Arial" w:hAnsi="Arial"/>
                <w:b w:val="0"/>
                <w:color w:val="12324A"/>
                <w:sz w:val="17"/>
              </w:rPr>
              <w:t>____________________________________________________________</w:t>
            </w:r>
          </w:p>
        </w:tc>
      </w:tr>
      <w:tr>
        <w:trPr>
          <w:cantSplit/>
        </w:trPr>
        <w:tc>
          <w:tcPr>
            <w:tcW w:type="dxa" w:w="3024"/>
            <w:vAlign w:val="center"/>
            <w:tcMar>
              <w:top w:w="80" w:type="dxa"/>
              <w:start w:w="110" w:type="dxa"/>
              <w:bottom w:w="80" w:type="dxa"/>
              <w:end w:w="110" w:type="dxa"/>
            </w:tcMar>
            <w:shd w:fill="F3F5F7"/>
          </w:tcPr>
          <w:p>
            <w:pPr>
              <w:spacing w:after="0" w:line="240" w:lineRule="auto"/>
            </w:pPr>
            <w:r/>
            <w:r>
              <w:rPr>
                <w:rFonts w:ascii="Arial" w:hAnsi="Arial"/>
                <w:b/>
                <w:color w:val="12324A"/>
                <w:sz w:val="17"/>
              </w:rPr>
              <w:t>Employment start date</w:t>
            </w:r>
          </w:p>
        </w:tc>
        <w:tc>
          <w:tcPr>
            <w:tcW w:type="dxa" w:w="6768"/>
            <w:vAlign w:val="center"/>
            <w:tcMar>
              <w:top w:w="80" w:type="dxa"/>
              <w:start w:w="110" w:type="dxa"/>
              <w:bottom w:w="80" w:type="dxa"/>
              <w:end w:w="110" w:type="dxa"/>
            </w:tcMar>
          </w:tcPr>
          <w:p>
            <w:pPr>
              <w:spacing w:after="0" w:line="240" w:lineRule="auto"/>
            </w:pPr>
            <w:r/>
            <w:r>
              <w:rPr>
                <w:rFonts w:ascii="Arial" w:hAnsi="Arial"/>
                <w:b w:val="0"/>
                <w:color w:val="12324A"/>
                <w:sz w:val="17"/>
              </w:rPr>
              <w:t>____ / ____ / ________  Total years/months employed: ______________</w:t>
            </w:r>
          </w:p>
        </w:tc>
      </w:tr>
      <w:tr>
        <w:trPr>
          <w:cantSplit/>
        </w:trPr>
        <w:tc>
          <w:tcPr>
            <w:tcW w:type="dxa" w:w="3024"/>
            <w:vAlign w:val="center"/>
            <w:tcMar>
              <w:top w:w="80" w:type="dxa"/>
              <w:start w:w="110" w:type="dxa"/>
              <w:bottom w:w="80" w:type="dxa"/>
              <w:end w:w="110" w:type="dxa"/>
            </w:tcMar>
            <w:shd w:fill="F3F5F7"/>
          </w:tcPr>
          <w:p>
            <w:pPr>
              <w:spacing w:after="0" w:line="240" w:lineRule="auto"/>
            </w:pPr>
            <w:r/>
            <w:r>
              <w:rPr>
                <w:rFonts w:ascii="Arial" w:hAnsi="Arial"/>
                <w:b/>
                <w:color w:val="12324A"/>
                <w:sz w:val="17"/>
              </w:rPr>
              <w:t>Employment arrangement</w:t>
            </w:r>
          </w:p>
        </w:tc>
        <w:tc>
          <w:tcPr>
            <w:tcW w:type="dxa" w:w="6768"/>
            <w:vAlign w:val="center"/>
            <w:tcMar>
              <w:top w:w="80" w:type="dxa"/>
              <w:start w:w="110" w:type="dxa"/>
              <w:bottom w:w="80" w:type="dxa"/>
              <w:end w:w="110" w:type="dxa"/>
            </w:tcMar>
          </w:tcPr>
          <w:p>
            <w:pPr>
              <w:spacing w:after="0" w:line="240" w:lineRule="auto"/>
            </w:pPr>
            <w:r/>
            <w:r>
              <w:rPr>
                <w:rFonts w:ascii="Arial" w:hAnsi="Arial"/>
                <w:b w:val="0"/>
                <w:color w:val="12324A"/>
                <w:sz w:val="17"/>
              </w:rPr>
              <w:t>☐ Permanent  ☐ Fixed-term to ____/____/______  ☐ Probationary</w:t>
              <w:br/>
              <w:t>☐ Other: ________________________________________________________</w:t>
            </w:r>
          </w:p>
        </w:tc>
      </w:tr>
      <w:tr>
        <w:trPr>
          <w:cantSplit/>
        </w:trPr>
        <w:tc>
          <w:tcPr>
            <w:tcW w:type="dxa" w:w="3024"/>
            <w:vAlign w:val="center"/>
            <w:tcMar>
              <w:top w:w="80" w:type="dxa"/>
              <w:start w:w="110" w:type="dxa"/>
              <w:bottom w:w="80" w:type="dxa"/>
              <w:end w:w="110" w:type="dxa"/>
            </w:tcMar>
            <w:shd w:fill="F3F5F7"/>
          </w:tcPr>
          <w:p>
            <w:pPr>
              <w:spacing w:after="0" w:line="240" w:lineRule="auto"/>
            </w:pPr>
            <w:r/>
            <w:r>
              <w:rPr>
                <w:rFonts w:ascii="Arial" w:hAnsi="Arial"/>
                <w:b/>
                <w:color w:val="12324A"/>
                <w:sz w:val="17"/>
              </w:rPr>
              <w:t>Income frequency</w:t>
            </w:r>
          </w:p>
        </w:tc>
        <w:tc>
          <w:tcPr>
            <w:tcW w:type="dxa" w:w="6768"/>
            <w:vAlign w:val="center"/>
            <w:tcMar>
              <w:top w:w="80" w:type="dxa"/>
              <w:start w:w="110" w:type="dxa"/>
              <w:bottom w:w="80" w:type="dxa"/>
              <w:end w:w="110" w:type="dxa"/>
            </w:tcMar>
          </w:tcPr>
          <w:p>
            <w:pPr>
              <w:spacing w:after="0" w:line="240" w:lineRule="auto"/>
            </w:pPr>
            <w:r/>
            <w:r>
              <w:rPr>
                <w:rFonts w:ascii="Arial" w:hAnsi="Arial"/>
                <w:b w:val="0"/>
                <w:color w:val="12324A"/>
                <w:sz w:val="17"/>
              </w:rPr>
              <w:t>☐ Weekly  ☐ Biweekly  ☐ Monthly  ☐ Commission-based  ☐ Other ______</w:t>
            </w:r>
          </w:p>
        </w:tc>
      </w:tr>
      <w:tr>
        <w:trPr>
          <w:cantSplit/>
        </w:trPr>
        <w:tc>
          <w:tcPr>
            <w:tcW w:type="dxa" w:w="3024"/>
            <w:vAlign w:val="center"/>
            <w:tcMar>
              <w:top w:w="80" w:type="dxa"/>
              <w:start w:w="110" w:type="dxa"/>
              <w:bottom w:w="80" w:type="dxa"/>
              <w:end w:w="110" w:type="dxa"/>
            </w:tcMar>
            <w:shd w:fill="F3F5F7"/>
          </w:tcPr>
          <w:p>
            <w:pPr>
              <w:spacing w:after="0" w:line="240" w:lineRule="auto"/>
            </w:pPr>
            <w:r/>
            <w:r>
              <w:rPr>
                <w:rFonts w:ascii="Arial" w:hAnsi="Arial"/>
                <w:b/>
                <w:color w:val="12324A"/>
                <w:sz w:val="17"/>
              </w:rPr>
              <w:t>Gross employment income</w:t>
            </w:r>
          </w:p>
        </w:tc>
        <w:tc>
          <w:tcPr>
            <w:tcW w:type="dxa" w:w="6768"/>
            <w:vAlign w:val="center"/>
            <w:tcMar>
              <w:top w:w="80" w:type="dxa"/>
              <w:start w:w="110" w:type="dxa"/>
              <w:bottom w:w="80" w:type="dxa"/>
              <w:end w:w="110" w:type="dxa"/>
            </w:tcMar>
          </w:tcPr>
          <w:p>
            <w:pPr>
              <w:spacing w:after="0" w:line="240" w:lineRule="auto"/>
            </w:pPr>
            <w:r/>
            <w:r>
              <w:rPr>
                <w:rFonts w:ascii="Arial" w:hAnsi="Arial"/>
                <w:b w:val="0"/>
                <w:color w:val="12324A"/>
                <w:sz w:val="17"/>
              </w:rPr>
              <w:t>B$________________ per ☐ week ☐ month ☐ year</w:t>
            </w:r>
          </w:p>
        </w:tc>
      </w:tr>
      <w:tr>
        <w:trPr>
          <w:cantSplit/>
        </w:trPr>
        <w:tc>
          <w:tcPr>
            <w:tcW w:type="dxa" w:w="3024"/>
            <w:vAlign w:val="center"/>
            <w:tcMar>
              <w:top w:w="80" w:type="dxa"/>
              <w:start w:w="110" w:type="dxa"/>
              <w:bottom w:w="80" w:type="dxa"/>
              <w:end w:w="110" w:type="dxa"/>
            </w:tcMar>
            <w:shd w:fill="F3F5F7"/>
          </w:tcPr>
          <w:p>
            <w:pPr>
              <w:spacing w:after="0" w:line="240" w:lineRule="auto"/>
            </w:pPr>
            <w:r/>
            <w:r>
              <w:rPr>
                <w:rFonts w:ascii="Arial" w:hAnsi="Arial"/>
                <w:b/>
                <w:color w:val="12324A"/>
                <w:sz w:val="17"/>
              </w:rPr>
              <w:t>Additional employment income</w:t>
            </w:r>
          </w:p>
        </w:tc>
        <w:tc>
          <w:tcPr>
            <w:tcW w:type="dxa" w:w="6768"/>
            <w:vAlign w:val="center"/>
            <w:tcMar>
              <w:top w:w="80" w:type="dxa"/>
              <w:start w:w="110" w:type="dxa"/>
              <w:bottom w:w="80" w:type="dxa"/>
              <w:end w:w="110" w:type="dxa"/>
            </w:tcMar>
          </w:tcPr>
          <w:p>
            <w:pPr>
              <w:spacing w:after="0" w:line="240" w:lineRule="auto"/>
            </w:pPr>
            <w:r/>
            <w:r>
              <w:rPr>
                <w:rFonts w:ascii="Arial" w:hAnsi="Arial"/>
                <w:b w:val="0"/>
                <w:color w:val="12324A"/>
                <w:sz w:val="17"/>
              </w:rPr>
              <w:t>Overtime/commission/allowances B$____________ per ______________</w:t>
            </w:r>
          </w:p>
        </w:tc>
      </w:tr>
      <w:tr>
        <w:trPr>
          <w:cantSplit/>
        </w:trPr>
        <w:tc>
          <w:tcPr>
            <w:tcW w:type="dxa" w:w="3024"/>
            <w:vAlign w:val="center"/>
            <w:tcMar>
              <w:top w:w="80" w:type="dxa"/>
              <w:start w:w="110" w:type="dxa"/>
              <w:bottom w:w="80" w:type="dxa"/>
              <w:end w:w="110" w:type="dxa"/>
            </w:tcMar>
            <w:shd w:fill="F3F5F7"/>
          </w:tcPr>
          <w:p>
            <w:pPr>
              <w:spacing w:after="0" w:line="240" w:lineRule="auto"/>
            </w:pPr>
            <w:r/>
            <w:r>
              <w:rPr>
                <w:rFonts w:ascii="Arial" w:hAnsi="Arial"/>
                <w:b/>
                <w:color w:val="12324A"/>
                <w:sz w:val="17"/>
              </w:rPr>
              <w:t>Payroll deductions</w:t>
            </w:r>
          </w:p>
        </w:tc>
        <w:tc>
          <w:tcPr>
            <w:tcW w:type="dxa" w:w="6768"/>
            <w:vAlign w:val="center"/>
            <w:tcMar>
              <w:top w:w="80" w:type="dxa"/>
              <w:start w:w="110" w:type="dxa"/>
              <w:bottom w:w="80" w:type="dxa"/>
              <w:end w:w="110" w:type="dxa"/>
            </w:tcMar>
          </w:tcPr>
          <w:p>
            <w:pPr>
              <w:spacing w:after="0" w:line="240" w:lineRule="auto"/>
            </w:pPr>
            <w:r/>
            <w:r>
              <w:rPr>
                <w:rFonts w:ascii="Arial" w:hAnsi="Arial"/>
                <w:b w:val="0"/>
                <w:color w:val="12324A"/>
                <w:sz w:val="17"/>
              </w:rPr>
              <w:t>Approximate monthly deductions B$_________________________________</w:t>
            </w:r>
          </w:p>
        </w:tc>
      </w:tr>
      <w:tr>
        <w:trPr>
          <w:cantSplit/>
        </w:trPr>
        <w:tc>
          <w:tcPr>
            <w:tcW w:type="dxa" w:w="3024"/>
            <w:vAlign w:val="center"/>
            <w:tcMar>
              <w:top w:w="80" w:type="dxa"/>
              <w:start w:w="110" w:type="dxa"/>
              <w:bottom w:w="80" w:type="dxa"/>
              <w:end w:w="110" w:type="dxa"/>
            </w:tcMar>
            <w:shd w:fill="F3F5F7"/>
          </w:tcPr>
          <w:p>
            <w:pPr>
              <w:spacing w:after="0" w:line="240" w:lineRule="auto"/>
            </w:pPr>
            <w:r/>
            <w:r>
              <w:rPr>
                <w:rFonts w:ascii="Arial" w:hAnsi="Arial"/>
                <w:b/>
                <w:color w:val="12324A"/>
                <w:sz w:val="17"/>
              </w:rPr>
              <w:t>Previous employer</w:t>
            </w:r>
          </w:p>
        </w:tc>
        <w:tc>
          <w:tcPr>
            <w:tcW w:type="dxa" w:w="6768"/>
            <w:vAlign w:val="center"/>
            <w:tcMar>
              <w:top w:w="80" w:type="dxa"/>
              <w:start w:w="110" w:type="dxa"/>
              <w:bottom w:w="80" w:type="dxa"/>
              <w:end w:w="110" w:type="dxa"/>
            </w:tcMar>
          </w:tcPr>
          <w:p>
            <w:pPr>
              <w:spacing w:after="0" w:line="240" w:lineRule="auto"/>
            </w:pPr>
            <w:r/>
            <w:r>
              <w:rPr>
                <w:rFonts w:ascii="Arial" w:hAnsi="Arial"/>
                <w:b w:val="0"/>
                <w:color w:val="12324A"/>
                <w:sz w:val="17"/>
              </w:rPr>
              <w:t>Required if current employment is under two years:</w:t>
              <w:br/>
              <w:t>Employer: ______________________________  Position: _________________</w:t>
              <w:br/>
              <w:t>Employment dates: _______________________  Contact: _________________</w:t>
            </w:r>
          </w:p>
        </w:tc>
      </w:tr>
      <w:tr>
        <w:trPr>
          <w:cantSplit/>
        </w:trPr>
        <w:tc>
          <w:tcPr>
            <w:tcW w:type="dxa" w:w="3024"/>
            <w:vAlign w:val="center"/>
            <w:tcMar>
              <w:top w:w="80" w:type="dxa"/>
              <w:start w:w="110" w:type="dxa"/>
              <w:bottom w:w="80" w:type="dxa"/>
              <w:end w:w="110" w:type="dxa"/>
            </w:tcMar>
            <w:shd w:fill="F3F5F7"/>
          </w:tcPr>
          <w:p>
            <w:pPr>
              <w:spacing w:after="0" w:line="240" w:lineRule="auto"/>
            </w:pPr>
            <w:r/>
            <w:r>
              <w:rPr>
                <w:rFonts w:ascii="Arial" w:hAnsi="Arial"/>
                <w:b/>
                <w:color w:val="12324A"/>
                <w:sz w:val="17"/>
              </w:rPr>
              <w:t>Employment verification</w:t>
            </w:r>
          </w:p>
        </w:tc>
        <w:tc>
          <w:tcPr>
            <w:tcW w:type="dxa" w:w="6768"/>
            <w:vAlign w:val="center"/>
            <w:tcMar>
              <w:top w:w="80" w:type="dxa"/>
              <w:start w:w="110" w:type="dxa"/>
              <w:bottom w:w="80" w:type="dxa"/>
              <w:end w:w="110" w:type="dxa"/>
            </w:tcMar>
          </w:tcPr>
          <w:p>
            <w:pPr>
              <w:spacing w:after="0" w:line="240" w:lineRule="auto"/>
            </w:pPr>
            <w:r/>
            <w:r>
              <w:rPr>
                <w:rFonts w:ascii="Arial" w:hAnsi="Arial"/>
                <w:b w:val="0"/>
                <w:color w:val="12324A"/>
                <w:sz w:val="17"/>
              </w:rPr>
              <w:t>HR/Supervisor: _________________________  Position: _________________</w:t>
              <w:br/>
              <w:t>Telephone: __________________  Email: _____________________________</w:t>
            </w:r>
          </w:p>
        </w:tc>
      </w:tr>
      <w:tr>
        <w:trPr>
          <w:cantSplit/>
        </w:trPr>
        <w:tc>
          <w:tcPr>
            <w:tcW w:type="dxa" w:w="3024"/>
            <w:vAlign w:val="center"/>
            <w:tcMar>
              <w:top w:w="80" w:type="dxa"/>
              <w:start w:w="110" w:type="dxa"/>
              <w:bottom w:w="80" w:type="dxa"/>
              <w:end w:w="110" w:type="dxa"/>
            </w:tcMar>
            <w:shd w:fill="F3F5F7"/>
          </w:tcPr>
          <w:p>
            <w:pPr>
              <w:spacing w:after="0" w:line="240" w:lineRule="auto"/>
            </w:pPr>
            <w:r/>
            <w:r>
              <w:rPr>
                <w:rFonts w:ascii="Arial" w:hAnsi="Arial"/>
                <w:b/>
                <w:color w:val="12324A"/>
                <w:sz w:val="17"/>
              </w:rPr>
              <w:t>Verification authorization</w:t>
            </w:r>
          </w:p>
        </w:tc>
        <w:tc>
          <w:tcPr>
            <w:tcW w:type="dxa" w:w="6768"/>
            <w:vAlign w:val="center"/>
            <w:tcMar>
              <w:top w:w="80" w:type="dxa"/>
              <w:start w:w="110" w:type="dxa"/>
              <w:bottom w:w="80" w:type="dxa"/>
              <w:end w:w="110" w:type="dxa"/>
            </w:tcMar>
          </w:tcPr>
          <w:p>
            <w:pPr>
              <w:spacing w:after="0" w:line="240" w:lineRule="auto"/>
            </w:pPr>
            <w:r/>
            <w:r>
              <w:rPr>
                <w:rFonts w:ascii="Arial" w:hAnsi="Arial"/>
                <w:b w:val="0"/>
                <w:color w:val="12324A"/>
                <w:sz w:val="17"/>
              </w:rPr>
              <w:t>☐ I authorize SeaStone Homes Bahamas Ltd. to verify the employment information provided where reasonably required for onboarding or transaction readiness.</w:t>
            </w:r>
          </w:p>
        </w:tc>
      </w:tr>
    </w:tbl>
    <w:p>
      <w:pPr>
        <w:spacing w:after="20"/>
      </w:pPr>
    </w:p>
    <w:p>
      <w:pPr>
        <w:spacing w:after="100"/>
      </w:pPr>
      <w:r>
        <w:rPr>
          <w:i/>
          <w:color w:val="5E6872"/>
          <w:sz w:val="17"/>
        </w:rPr>
        <w:t>Attach a recent job letter and supporting income evidence where requested. Mortgage lenders may impose separate or additional employment-verification requirements.</w:t>
      </w:r>
    </w:p>
    <w:p>
      <w:pPr>
        <w:keepNext/>
        <w:spacing w:before="160" w:after="80"/>
        <w:shd w:fill="12324A"/>
      </w:pPr>
      <w:r>
        <w:rPr>
          <w:rFonts w:ascii="Arial" w:hAnsi="Arial"/>
          <w:b/>
          <w:color w:val="FFFFFF"/>
          <w:sz w:val="22"/>
        </w:rPr>
        <w:t>3.  SELF-EMPLOYMENT / BUSINESS INFORMATION</w:t>
      </w:r>
    </w:p>
    <w:p>
      <w:pPr>
        <w:spacing w:after="80"/>
      </w:pPr>
      <w:r>
        <w:rPr>
          <w:sz w:val="18"/>
        </w:rPr>
        <w:t xml:space="preserve">☐ Not applicable     </w:t>
      </w:r>
      <w:r>
        <w:rPr>
          <w:sz w:val="18"/>
        </w:rPr>
        <w:t xml:space="preserve">☐ Sole trader     </w:t>
      </w:r>
      <w:r>
        <w:rPr>
          <w:sz w:val="18"/>
        </w:rPr>
        <w:t xml:space="preserve">☐ Partner     </w:t>
      </w:r>
      <w:r>
        <w:rPr>
          <w:sz w:val="18"/>
        </w:rPr>
        <w:t xml:space="preserve">☐ Shareholder     </w:t>
      </w:r>
      <w:r>
        <w:rPr>
          <w:sz w:val="18"/>
        </w:rPr>
        <w:t xml:space="preserve">☐ Director     </w:t>
      </w:r>
      <w:r>
        <w:rPr>
          <w:sz w:val="18"/>
        </w:rPr>
        <w:t>☐ Other: __________</w:t>
      </w:r>
    </w:p>
    <w:tbl>
      <w:tblPr>
        <w:tblW w:type="auto" w:w="0"/>
        <w:jc w:val="center"/>
        <w:tblLayout w:type="fixed"/>
        <w:tblLook w:firstColumn="1" w:firstRow="1" w:lastColumn="0" w:lastRow="0" w:noHBand="0" w:noVBand="1" w:val="04A0"/>
      </w:tblPr>
      <w:tblGrid>
        <w:gridCol w:w="5083"/>
        <w:gridCol w:w="5083"/>
      </w:tblGrid>
      <w:tr>
        <w:trPr>
          <w:cantSplit/>
        </w:trPr>
        <w:tc>
          <w:tcPr>
            <w:tcW w:type="dxa" w:w="3024"/>
            <w:vAlign w:val="center"/>
            <w:tcMar>
              <w:top w:w="80" w:type="dxa"/>
              <w:start w:w="110" w:type="dxa"/>
              <w:bottom w:w="80" w:type="dxa"/>
              <w:end w:w="110" w:type="dxa"/>
            </w:tcMar>
            <w:shd w:fill="F3F5F7"/>
          </w:tcPr>
          <w:p>
            <w:pPr>
              <w:spacing w:after="0" w:line="240" w:lineRule="auto"/>
            </w:pPr>
            <w:r/>
            <w:r>
              <w:rPr>
                <w:rFonts w:ascii="Arial" w:hAnsi="Arial"/>
                <w:b/>
                <w:color w:val="12324A"/>
                <w:sz w:val="17"/>
              </w:rPr>
              <w:t>i. Name of business</w:t>
            </w:r>
          </w:p>
        </w:tc>
        <w:tc>
          <w:tcPr>
            <w:tcW w:type="dxa" w:w="6768"/>
            <w:vAlign w:val="center"/>
            <w:tcMar>
              <w:top w:w="80" w:type="dxa"/>
              <w:start w:w="110" w:type="dxa"/>
              <w:bottom w:w="80" w:type="dxa"/>
              <w:end w:w="110" w:type="dxa"/>
            </w:tcMar>
          </w:tcPr>
          <w:p>
            <w:pPr>
              <w:spacing w:after="0" w:line="240" w:lineRule="auto"/>
            </w:pPr>
            <w:r/>
            <w:r>
              <w:rPr>
                <w:rFonts w:ascii="Arial" w:hAnsi="Arial"/>
                <w:b w:val="0"/>
                <w:color w:val="12324A"/>
                <w:sz w:val="17"/>
              </w:rPr>
              <w:t>____________________________________________________________</w:t>
            </w:r>
          </w:p>
        </w:tc>
      </w:tr>
      <w:tr>
        <w:trPr>
          <w:cantSplit/>
        </w:trPr>
        <w:tc>
          <w:tcPr>
            <w:tcW w:type="dxa" w:w="3024"/>
            <w:vAlign w:val="center"/>
            <w:tcMar>
              <w:top w:w="80" w:type="dxa"/>
              <w:start w:w="110" w:type="dxa"/>
              <w:bottom w:w="80" w:type="dxa"/>
              <w:end w:w="110" w:type="dxa"/>
            </w:tcMar>
            <w:shd w:fill="F3F5F7"/>
          </w:tcPr>
          <w:p>
            <w:pPr>
              <w:spacing w:after="0" w:line="240" w:lineRule="auto"/>
            </w:pPr>
            <w:r/>
            <w:r>
              <w:rPr>
                <w:rFonts w:ascii="Arial" w:hAnsi="Arial"/>
                <w:b/>
                <w:color w:val="12324A"/>
                <w:sz w:val="17"/>
              </w:rPr>
              <w:t>ii. Business location</w:t>
            </w:r>
          </w:p>
        </w:tc>
        <w:tc>
          <w:tcPr>
            <w:tcW w:type="dxa" w:w="6768"/>
            <w:vAlign w:val="center"/>
            <w:tcMar>
              <w:top w:w="80" w:type="dxa"/>
              <w:start w:w="110" w:type="dxa"/>
              <w:bottom w:w="80" w:type="dxa"/>
              <w:end w:w="110" w:type="dxa"/>
            </w:tcMar>
          </w:tcPr>
          <w:p>
            <w:pPr>
              <w:spacing w:after="0" w:line="240" w:lineRule="auto"/>
            </w:pPr>
            <w:r/>
            <w:r>
              <w:rPr>
                <w:rFonts w:ascii="Arial" w:hAnsi="Arial"/>
                <w:b w:val="0"/>
                <w:color w:val="12324A"/>
                <w:sz w:val="17"/>
              </w:rPr>
              <w:t>____________________________________________________________</w:t>
            </w:r>
          </w:p>
        </w:tc>
      </w:tr>
      <w:tr>
        <w:trPr>
          <w:cantSplit/>
        </w:trPr>
        <w:tc>
          <w:tcPr>
            <w:tcW w:type="dxa" w:w="3024"/>
            <w:vAlign w:val="center"/>
            <w:tcMar>
              <w:top w:w="80" w:type="dxa"/>
              <w:start w:w="110" w:type="dxa"/>
              <w:bottom w:w="80" w:type="dxa"/>
              <w:end w:w="110" w:type="dxa"/>
            </w:tcMar>
            <w:shd w:fill="F3F5F7"/>
          </w:tcPr>
          <w:p>
            <w:pPr>
              <w:spacing w:after="0" w:line="240" w:lineRule="auto"/>
            </w:pPr>
            <w:r/>
            <w:r>
              <w:rPr>
                <w:rFonts w:ascii="Arial" w:hAnsi="Arial"/>
                <w:b/>
                <w:color w:val="12324A"/>
                <w:sz w:val="17"/>
              </w:rPr>
              <w:t>iii. Type / nature of business</w:t>
            </w:r>
          </w:p>
        </w:tc>
        <w:tc>
          <w:tcPr>
            <w:tcW w:type="dxa" w:w="6768"/>
            <w:vAlign w:val="center"/>
            <w:tcMar>
              <w:top w:w="80" w:type="dxa"/>
              <w:start w:w="110" w:type="dxa"/>
              <w:bottom w:w="80" w:type="dxa"/>
              <w:end w:w="110" w:type="dxa"/>
            </w:tcMar>
          </w:tcPr>
          <w:p>
            <w:pPr>
              <w:spacing w:after="0" w:line="240" w:lineRule="auto"/>
            </w:pPr>
            <w:r/>
            <w:r>
              <w:rPr>
                <w:rFonts w:ascii="Arial" w:hAnsi="Arial"/>
                <w:b w:val="0"/>
                <w:color w:val="12324A"/>
                <w:sz w:val="17"/>
              </w:rPr>
              <w:t>____________________________________________________________</w:t>
            </w:r>
          </w:p>
        </w:tc>
      </w:tr>
      <w:tr>
        <w:trPr>
          <w:cantSplit/>
        </w:trPr>
        <w:tc>
          <w:tcPr>
            <w:tcW w:type="dxa" w:w="3024"/>
            <w:vAlign w:val="center"/>
            <w:tcMar>
              <w:top w:w="80" w:type="dxa"/>
              <w:start w:w="110" w:type="dxa"/>
              <w:bottom w:w="80" w:type="dxa"/>
              <w:end w:w="110" w:type="dxa"/>
            </w:tcMar>
            <w:shd w:fill="F3F5F7"/>
          </w:tcPr>
          <w:p>
            <w:pPr>
              <w:spacing w:after="0" w:line="240" w:lineRule="auto"/>
            </w:pPr>
            <w:r/>
            <w:r>
              <w:rPr>
                <w:rFonts w:ascii="Arial" w:hAnsi="Arial"/>
                <w:b/>
                <w:color w:val="12324A"/>
                <w:sz w:val="17"/>
              </w:rPr>
              <w:t>Registration / licence no.</w:t>
            </w:r>
          </w:p>
        </w:tc>
        <w:tc>
          <w:tcPr>
            <w:tcW w:type="dxa" w:w="6768"/>
            <w:vAlign w:val="center"/>
            <w:tcMar>
              <w:top w:w="80" w:type="dxa"/>
              <w:start w:w="110" w:type="dxa"/>
              <w:bottom w:w="80" w:type="dxa"/>
              <w:end w:w="110" w:type="dxa"/>
            </w:tcMar>
          </w:tcPr>
          <w:p>
            <w:pPr>
              <w:spacing w:after="0" w:line="240" w:lineRule="auto"/>
            </w:pPr>
            <w:r/>
            <w:r>
              <w:rPr>
                <w:rFonts w:ascii="Arial" w:hAnsi="Arial"/>
                <w:b w:val="0"/>
                <w:color w:val="12324A"/>
                <w:sz w:val="17"/>
              </w:rPr>
              <w:t>__________________________  Years operating: __________________</w:t>
            </w:r>
          </w:p>
        </w:tc>
      </w:tr>
      <w:tr>
        <w:trPr>
          <w:cantSplit/>
        </w:trPr>
        <w:tc>
          <w:tcPr>
            <w:tcW w:type="dxa" w:w="3024"/>
            <w:vAlign w:val="center"/>
            <w:tcMar>
              <w:top w:w="80" w:type="dxa"/>
              <w:start w:w="110" w:type="dxa"/>
              <w:bottom w:w="80" w:type="dxa"/>
              <w:end w:w="110" w:type="dxa"/>
            </w:tcMar>
            <w:shd w:fill="F3F5F7"/>
          </w:tcPr>
          <w:p>
            <w:pPr>
              <w:spacing w:after="0" w:line="240" w:lineRule="auto"/>
            </w:pPr>
            <w:r/>
            <w:r>
              <w:rPr>
                <w:rFonts w:ascii="Arial" w:hAnsi="Arial"/>
                <w:b/>
                <w:color w:val="12324A"/>
                <w:sz w:val="17"/>
              </w:rPr>
              <w:t>Business contact details</w:t>
            </w:r>
          </w:p>
        </w:tc>
        <w:tc>
          <w:tcPr>
            <w:tcW w:type="dxa" w:w="6768"/>
            <w:vAlign w:val="center"/>
            <w:tcMar>
              <w:top w:w="80" w:type="dxa"/>
              <w:start w:w="110" w:type="dxa"/>
              <w:bottom w:w="80" w:type="dxa"/>
              <w:end w:w="110" w:type="dxa"/>
            </w:tcMar>
          </w:tcPr>
          <w:p>
            <w:pPr>
              <w:spacing w:after="0" w:line="240" w:lineRule="auto"/>
            </w:pPr>
            <w:r/>
            <w:r>
              <w:rPr>
                <w:rFonts w:ascii="Arial" w:hAnsi="Arial"/>
                <w:b w:val="0"/>
                <w:color w:val="12324A"/>
                <w:sz w:val="17"/>
              </w:rPr>
              <w:t>Telephone: _____________________  Email: ___________________________</w:t>
            </w:r>
          </w:p>
        </w:tc>
      </w:tr>
      <w:tr>
        <w:trPr>
          <w:cantSplit/>
        </w:trPr>
        <w:tc>
          <w:tcPr>
            <w:tcW w:type="dxa" w:w="3024"/>
            <w:vAlign w:val="center"/>
            <w:tcMar>
              <w:top w:w="80" w:type="dxa"/>
              <w:start w:w="110" w:type="dxa"/>
              <w:bottom w:w="80" w:type="dxa"/>
              <w:end w:w="110" w:type="dxa"/>
            </w:tcMar>
            <w:shd w:fill="F3F5F7"/>
          </w:tcPr>
          <w:p>
            <w:pPr>
              <w:spacing w:after="0" w:line="240" w:lineRule="auto"/>
            </w:pPr>
            <w:r/>
            <w:r>
              <w:rPr>
                <w:rFonts w:ascii="Arial" w:hAnsi="Arial"/>
                <w:b/>
                <w:color w:val="12324A"/>
                <w:sz w:val="17"/>
              </w:rPr>
              <w:t>Ownership interest</w:t>
            </w:r>
          </w:p>
        </w:tc>
        <w:tc>
          <w:tcPr>
            <w:tcW w:type="dxa" w:w="6768"/>
            <w:vAlign w:val="center"/>
            <w:tcMar>
              <w:top w:w="80" w:type="dxa"/>
              <w:start w:w="110" w:type="dxa"/>
              <w:bottom w:w="80" w:type="dxa"/>
              <w:end w:w="110" w:type="dxa"/>
            </w:tcMar>
          </w:tcPr>
          <w:p>
            <w:pPr>
              <w:spacing w:after="0" w:line="240" w:lineRule="auto"/>
            </w:pPr>
            <w:r/>
            <w:r>
              <w:rPr>
                <w:rFonts w:ascii="Arial" w:hAnsi="Arial"/>
                <w:b w:val="0"/>
                <w:color w:val="12324A"/>
                <w:sz w:val="17"/>
              </w:rPr>
              <w:t>_________%  Position / function: ______________________________________</w:t>
            </w:r>
          </w:p>
        </w:tc>
      </w:tr>
      <w:tr>
        <w:trPr>
          <w:cantSplit/>
        </w:trPr>
        <w:tc>
          <w:tcPr>
            <w:tcW w:type="dxa" w:w="3024"/>
            <w:vAlign w:val="center"/>
            <w:tcMar>
              <w:top w:w="80" w:type="dxa"/>
              <w:start w:w="110" w:type="dxa"/>
              <w:bottom w:w="80" w:type="dxa"/>
              <w:end w:w="110" w:type="dxa"/>
            </w:tcMar>
            <w:shd w:fill="F3F5F7"/>
          </w:tcPr>
          <w:p>
            <w:pPr>
              <w:spacing w:after="0" w:line="240" w:lineRule="auto"/>
            </w:pPr>
            <w:r/>
            <w:r>
              <w:rPr>
                <w:rFonts w:ascii="Arial" w:hAnsi="Arial"/>
                <w:b/>
                <w:color w:val="12324A"/>
                <w:sz w:val="17"/>
              </w:rPr>
              <w:t>Average income range</w:t>
            </w:r>
          </w:p>
        </w:tc>
        <w:tc>
          <w:tcPr>
            <w:tcW w:type="dxa" w:w="6768"/>
            <w:vAlign w:val="center"/>
            <w:tcMar>
              <w:top w:w="80" w:type="dxa"/>
              <w:start w:w="110" w:type="dxa"/>
              <w:bottom w:w="80" w:type="dxa"/>
              <w:end w:w="110" w:type="dxa"/>
            </w:tcMar>
          </w:tcPr>
          <w:p>
            <w:pPr>
              <w:spacing w:after="0" w:line="240" w:lineRule="auto"/>
            </w:pPr>
            <w:r/>
            <w:r>
              <w:rPr>
                <w:rFonts w:ascii="Arial" w:hAnsi="Arial"/>
                <w:b w:val="0"/>
                <w:color w:val="12324A"/>
                <w:sz w:val="17"/>
              </w:rPr>
              <w:t>☐ Under B$50,000  ☐ B$50,000–B$100,000  ☐ B$100,001–B$250,000</w:t>
              <w:br/>
              <w:t>☐ Over B$250,000  ☐ Prefer to provide directly to lender/compliance</w:t>
            </w:r>
          </w:p>
        </w:tc>
      </w:tr>
    </w:tbl>
    <w:p>
      <w:pPr>
        <w:spacing w:after="20"/>
      </w:pPr>
    </w:p>
    <w:p>
      <w:pPr>
        <w:keepNext/>
        <w:spacing w:before="160" w:after="80"/>
        <w:shd w:fill="12324A"/>
      </w:pPr>
      <w:r>
        <w:rPr>
          <w:rFonts w:ascii="Arial" w:hAnsi="Arial"/>
          <w:b/>
          <w:color w:val="FFFFFF"/>
          <w:sz w:val="22"/>
        </w:rPr>
        <w:t>4.  JOINT BUYERS, CORPORATE BUYERS AND BENEFICIAL OWNERSHIP</w:t>
      </w:r>
    </w:p>
    <w:p>
      <w:pPr>
        <w:spacing w:after="100"/>
      </w:pPr>
      <w:r>
        <w:rPr>
          <w:i/>
          <w:color w:val="5E6872"/>
          <w:sz w:val="17"/>
        </w:rPr>
        <w:t>Every joint buyer, beneficial owner, shareholder/controller, trustee, partner or authorized corporate representative must complete separate identification and due-diligence information. Attach additional forms where required.</w:t>
      </w:r>
    </w:p>
    <w:tbl>
      <w:tblPr>
        <w:tblW w:type="auto" w:w="0"/>
        <w:jc w:val="center"/>
        <w:tblLayout w:type="fixed"/>
        <w:tblLook w:firstColumn="1" w:firstRow="1" w:lastColumn="0" w:lastRow="0" w:noHBand="0" w:noVBand="1" w:val="04A0"/>
      </w:tblPr>
      <w:tblGrid>
        <w:gridCol w:w="5083"/>
        <w:gridCol w:w="5083"/>
      </w:tblGrid>
      <w:tr>
        <w:trPr>
          <w:cantSplit/>
        </w:trPr>
        <w:tc>
          <w:tcPr>
            <w:tcW w:type="dxa" w:w="3024"/>
            <w:vAlign w:val="center"/>
            <w:tcMar>
              <w:top w:w="80" w:type="dxa"/>
              <w:start w:w="110" w:type="dxa"/>
              <w:bottom w:w="80" w:type="dxa"/>
              <w:end w:w="110" w:type="dxa"/>
            </w:tcMar>
            <w:shd w:fill="F3F5F7"/>
          </w:tcPr>
          <w:p>
            <w:pPr>
              <w:spacing w:after="0" w:line="240" w:lineRule="auto"/>
            </w:pPr>
            <w:r/>
            <w:r>
              <w:rPr>
                <w:rFonts w:ascii="Arial" w:hAnsi="Arial"/>
                <w:b/>
                <w:color w:val="12324A"/>
                <w:sz w:val="17"/>
              </w:rPr>
              <w:t>Purchasing capacity</w:t>
            </w:r>
          </w:p>
        </w:tc>
        <w:tc>
          <w:tcPr>
            <w:tcW w:type="dxa" w:w="6768"/>
            <w:vAlign w:val="center"/>
            <w:tcMar>
              <w:top w:w="80" w:type="dxa"/>
              <w:start w:w="110" w:type="dxa"/>
              <w:bottom w:w="80" w:type="dxa"/>
              <w:end w:w="110" w:type="dxa"/>
            </w:tcMar>
          </w:tcPr>
          <w:p>
            <w:pPr>
              <w:spacing w:after="0" w:line="240" w:lineRule="auto"/>
            </w:pPr>
            <w:r/>
            <w:r>
              <w:rPr>
                <w:rFonts w:ascii="Arial" w:hAnsi="Arial"/>
                <w:b w:val="0"/>
                <w:color w:val="12324A"/>
                <w:sz w:val="17"/>
              </w:rPr>
              <w:t>☐ Individual  ☐ Joint purchasers  ☐ Company  ☐ Partnership</w:t>
              <w:br/>
              <w:t>☐ Trust  ☐ Estate  ☐ Nominee/agent  ☐ Other: _____________________</w:t>
            </w:r>
          </w:p>
        </w:tc>
      </w:tr>
      <w:tr>
        <w:trPr>
          <w:cantSplit/>
        </w:trPr>
        <w:tc>
          <w:tcPr>
            <w:tcW w:type="dxa" w:w="3024"/>
            <w:vAlign w:val="center"/>
            <w:tcMar>
              <w:top w:w="80" w:type="dxa"/>
              <w:start w:w="110" w:type="dxa"/>
              <w:bottom w:w="80" w:type="dxa"/>
              <w:end w:w="110" w:type="dxa"/>
            </w:tcMar>
            <w:shd w:fill="F3F5F7"/>
          </w:tcPr>
          <w:p>
            <w:pPr>
              <w:spacing w:after="0" w:line="240" w:lineRule="auto"/>
            </w:pPr>
            <w:r/>
            <w:r>
              <w:rPr>
                <w:rFonts w:ascii="Arial" w:hAnsi="Arial"/>
                <w:b/>
                <w:color w:val="12324A"/>
                <w:sz w:val="17"/>
              </w:rPr>
              <w:t>Joint purchaser(s)</w:t>
            </w:r>
          </w:p>
        </w:tc>
        <w:tc>
          <w:tcPr>
            <w:tcW w:type="dxa" w:w="6768"/>
            <w:vAlign w:val="center"/>
            <w:tcMar>
              <w:top w:w="80" w:type="dxa"/>
              <w:start w:w="110" w:type="dxa"/>
              <w:bottom w:w="80" w:type="dxa"/>
              <w:end w:w="110" w:type="dxa"/>
            </w:tcMar>
          </w:tcPr>
          <w:p>
            <w:pPr>
              <w:spacing w:after="0" w:line="240" w:lineRule="auto"/>
            </w:pPr>
            <w:r/>
            <w:r>
              <w:rPr>
                <w:rFonts w:ascii="Arial" w:hAnsi="Arial"/>
                <w:b w:val="0"/>
                <w:color w:val="12324A"/>
                <w:sz w:val="17"/>
              </w:rPr>
              <w:t>Name(s): ______________________________________________________</w:t>
              <w:br/>
              <w:t>Contact: ________________________________________________________</w:t>
            </w:r>
          </w:p>
        </w:tc>
      </w:tr>
      <w:tr>
        <w:trPr>
          <w:cantSplit/>
        </w:trPr>
        <w:tc>
          <w:tcPr>
            <w:tcW w:type="dxa" w:w="3024"/>
            <w:vAlign w:val="center"/>
            <w:tcMar>
              <w:top w:w="80" w:type="dxa"/>
              <w:start w:w="110" w:type="dxa"/>
              <w:bottom w:w="80" w:type="dxa"/>
              <w:end w:w="110" w:type="dxa"/>
            </w:tcMar>
            <w:shd w:fill="F3F5F7"/>
          </w:tcPr>
          <w:p>
            <w:pPr>
              <w:spacing w:after="0" w:line="240" w:lineRule="auto"/>
            </w:pPr>
            <w:r/>
            <w:r>
              <w:rPr>
                <w:rFonts w:ascii="Arial" w:hAnsi="Arial"/>
                <w:b/>
                <w:color w:val="12324A"/>
                <w:sz w:val="17"/>
              </w:rPr>
              <w:t>Proposed name on title</w:t>
            </w:r>
          </w:p>
        </w:tc>
        <w:tc>
          <w:tcPr>
            <w:tcW w:type="dxa" w:w="6768"/>
            <w:vAlign w:val="center"/>
            <w:tcMar>
              <w:top w:w="80" w:type="dxa"/>
              <w:start w:w="110" w:type="dxa"/>
              <w:bottom w:w="80" w:type="dxa"/>
              <w:end w:w="110" w:type="dxa"/>
            </w:tcMar>
          </w:tcPr>
          <w:p>
            <w:pPr>
              <w:spacing w:after="0" w:line="240" w:lineRule="auto"/>
            </w:pPr>
            <w:r/>
            <w:r>
              <w:rPr>
                <w:rFonts w:ascii="Arial" w:hAnsi="Arial"/>
                <w:b w:val="0"/>
                <w:color w:val="12324A"/>
                <w:sz w:val="17"/>
              </w:rPr>
              <w:t>____________________________________________________________</w:t>
            </w:r>
          </w:p>
        </w:tc>
      </w:tr>
      <w:tr>
        <w:trPr>
          <w:cantSplit/>
        </w:trPr>
        <w:tc>
          <w:tcPr>
            <w:tcW w:type="dxa" w:w="3024"/>
            <w:vAlign w:val="center"/>
            <w:tcMar>
              <w:top w:w="80" w:type="dxa"/>
              <w:start w:w="110" w:type="dxa"/>
              <w:bottom w:w="80" w:type="dxa"/>
              <w:end w:w="110" w:type="dxa"/>
            </w:tcMar>
            <w:shd w:fill="F3F5F7"/>
          </w:tcPr>
          <w:p>
            <w:pPr>
              <w:spacing w:after="0" w:line="240" w:lineRule="auto"/>
            </w:pPr>
            <w:r/>
            <w:r>
              <w:rPr>
                <w:rFonts w:ascii="Arial" w:hAnsi="Arial"/>
                <w:b/>
                <w:color w:val="12324A"/>
                <w:sz w:val="17"/>
              </w:rPr>
              <w:t>Purchasing entity</w:t>
            </w:r>
          </w:p>
        </w:tc>
        <w:tc>
          <w:tcPr>
            <w:tcW w:type="dxa" w:w="6768"/>
            <w:vAlign w:val="center"/>
            <w:tcMar>
              <w:top w:w="80" w:type="dxa"/>
              <w:start w:w="110" w:type="dxa"/>
              <w:bottom w:w="80" w:type="dxa"/>
              <w:end w:w="110" w:type="dxa"/>
            </w:tcMar>
          </w:tcPr>
          <w:p>
            <w:pPr>
              <w:spacing w:after="0" w:line="240" w:lineRule="auto"/>
            </w:pPr>
            <w:r/>
            <w:r>
              <w:rPr>
                <w:rFonts w:ascii="Arial" w:hAnsi="Arial"/>
                <w:b w:val="0"/>
                <w:color w:val="12324A"/>
                <w:sz w:val="17"/>
              </w:rPr>
              <w:t>Legal name: __________________________  Registration no.: ____________</w:t>
              <w:br/>
              <w:t>Jurisdiction: ________________________  Registered office: _______________</w:t>
            </w:r>
          </w:p>
        </w:tc>
      </w:tr>
      <w:tr>
        <w:trPr>
          <w:cantSplit/>
        </w:trPr>
        <w:tc>
          <w:tcPr>
            <w:tcW w:type="dxa" w:w="3024"/>
            <w:vAlign w:val="center"/>
            <w:tcMar>
              <w:top w:w="80" w:type="dxa"/>
              <w:start w:w="110" w:type="dxa"/>
              <w:bottom w:w="80" w:type="dxa"/>
              <w:end w:w="110" w:type="dxa"/>
            </w:tcMar>
            <w:shd w:fill="F3F5F7"/>
          </w:tcPr>
          <w:p>
            <w:pPr>
              <w:spacing w:after="0" w:line="240" w:lineRule="auto"/>
            </w:pPr>
            <w:r/>
            <w:r>
              <w:rPr>
                <w:rFonts w:ascii="Arial" w:hAnsi="Arial"/>
                <w:b/>
                <w:color w:val="12324A"/>
                <w:sz w:val="17"/>
              </w:rPr>
              <w:t>Beneficial owner(s)</w:t>
            </w:r>
          </w:p>
        </w:tc>
        <w:tc>
          <w:tcPr>
            <w:tcW w:type="dxa" w:w="6768"/>
            <w:vAlign w:val="center"/>
            <w:tcMar>
              <w:top w:w="80" w:type="dxa"/>
              <w:start w:w="110" w:type="dxa"/>
              <w:bottom w:w="80" w:type="dxa"/>
              <w:end w:w="110" w:type="dxa"/>
            </w:tcMar>
          </w:tcPr>
          <w:p>
            <w:pPr>
              <w:spacing w:after="0" w:line="240" w:lineRule="auto"/>
            </w:pPr>
            <w:r/>
            <w:r>
              <w:rPr>
                <w:rFonts w:ascii="Arial" w:hAnsi="Arial"/>
                <w:b w:val="0"/>
                <w:color w:val="12324A"/>
                <w:sz w:val="17"/>
              </w:rPr>
              <w:t>Name, address, DOB, nationality and ownership/control percentage:</w:t>
              <w:br/>
              <w:t>____________________________________________________________</w:t>
              <w:br/>
              <w:t>____________________________________________________________</w:t>
            </w:r>
          </w:p>
        </w:tc>
      </w:tr>
      <w:tr>
        <w:trPr>
          <w:cantSplit/>
        </w:trPr>
        <w:tc>
          <w:tcPr>
            <w:tcW w:type="dxa" w:w="3024"/>
            <w:vAlign w:val="center"/>
            <w:tcMar>
              <w:top w:w="80" w:type="dxa"/>
              <w:start w:w="110" w:type="dxa"/>
              <w:bottom w:w="80" w:type="dxa"/>
              <w:end w:w="110" w:type="dxa"/>
            </w:tcMar>
            <w:shd w:fill="F3F5F7"/>
          </w:tcPr>
          <w:p>
            <w:pPr>
              <w:spacing w:after="0" w:line="240" w:lineRule="auto"/>
            </w:pPr>
            <w:r/>
            <w:r>
              <w:rPr>
                <w:rFonts w:ascii="Arial" w:hAnsi="Arial"/>
                <w:b/>
                <w:color w:val="12324A"/>
                <w:sz w:val="17"/>
              </w:rPr>
              <w:t>Authorized representative</w:t>
            </w:r>
          </w:p>
        </w:tc>
        <w:tc>
          <w:tcPr>
            <w:tcW w:type="dxa" w:w="6768"/>
            <w:vAlign w:val="center"/>
            <w:tcMar>
              <w:top w:w="80" w:type="dxa"/>
              <w:start w:w="110" w:type="dxa"/>
              <w:bottom w:w="80" w:type="dxa"/>
              <w:end w:w="110" w:type="dxa"/>
            </w:tcMar>
          </w:tcPr>
          <w:p>
            <w:pPr>
              <w:spacing w:after="0" w:line="240" w:lineRule="auto"/>
            </w:pPr>
            <w:r/>
            <w:r>
              <w:rPr>
                <w:rFonts w:ascii="Arial" w:hAnsi="Arial"/>
                <w:b w:val="0"/>
                <w:color w:val="12324A"/>
                <w:sz w:val="17"/>
              </w:rPr>
              <w:t>Name: ________________________  Position/capacity: ______________</w:t>
              <w:br/>
              <w:t>Authority: ☐ Resolution ☐ Power of Attorney ☐ Trust deed ☐ Other ______</w:t>
            </w:r>
          </w:p>
        </w:tc>
      </w:tr>
      <w:tr>
        <w:trPr>
          <w:cantSplit/>
        </w:trPr>
        <w:tc>
          <w:tcPr>
            <w:tcW w:type="dxa" w:w="3024"/>
            <w:vAlign w:val="center"/>
            <w:tcMar>
              <w:top w:w="80" w:type="dxa"/>
              <w:start w:w="110" w:type="dxa"/>
              <w:bottom w:w="80" w:type="dxa"/>
              <w:end w:w="110" w:type="dxa"/>
            </w:tcMar>
            <w:shd w:fill="F3F5F7"/>
          </w:tcPr>
          <w:p>
            <w:pPr>
              <w:spacing w:after="0" w:line="240" w:lineRule="auto"/>
            </w:pPr>
            <w:r/>
            <w:r>
              <w:rPr>
                <w:rFonts w:ascii="Arial" w:hAnsi="Arial"/>
                <w:b/>
                <w:color w:val="12324A"/>
                <w:sz w:val="17"/>
              </w:rPr>
              <w:t>Buyer’s attorney</w:t>
            </w:r>
          </w:p>
        </w:tc>
        <w:tc>
          <w:tcPr>
            <w:tcW w:type="dxa" w:w="6768"/>
            <w:vAlign w:val="center"/>
            <w:tcMar>
              <w:top w:w="80" w:type="dxa"/>
              <w:start w:w="110" w:type="dxa"/>
              <w:bottom w:w="80" w:type="dxa"/>
              <w:end w:w="110" w:type="dxa"/>
            </w:tcMar>
          </w:tcPr>
          <w:p>
            <w:pPr>
              <w:spacing w:after="0" w:line="240" w:lineRule="auto"/>
            </w:pPr>
            <w:r/>
            <w:r>
              <w:rPr>
                <w:rFonts w:ascii="Arial" w:hAnsi="Arial"/>
                <w:b w:val="0"/>
                <w:color w:val="12324A"/>
                <w:sz w:val="17"/>
              </w:rPr>
              <w:t>Firm: __________________________  Attorney: __________________________</w:t>
              <w:br/>
              <w:t>Telephone: __________________  Email: _____________________________</w:t>
            </w:r>
          </w:p>
        </w:tc>
      </w:tr>
    </w:tbl>
    <w:p>
      <w:pPr>
        <w:spacing w:after="20"/>
      </w:pPr>
    </w:p>
    <w:p>
      <w:pPr>
        <w:keepNext/>
        <w:spacing w:before="160" w:after="80"/>
        <w:shd w:fill="12324A"/>
      </w:pPr>
      <w:r>
        <w:rPr>
          <w:rFonts w:ascii="Arial" w:hAnsi="Arial"/>
          <w:b/>
          <w:color w:val="FFFFFF"/>
          <w:sz w:val="22"/>
        </w:rPr>
        <w:t>5.  POLITICALLY EXPOSED PERSON (PEP) SCREENING</w:t>
      </w:r>
    </w:p>
    <w:p>
      <w:pPr>
        <w:spacing w:after="100"/>
      </w:pPr>
      <w:r>
        <w:rPr>
          <w:i/>
          <w:color w:val="5E6872"/>
          <w:sz w:val="17"/>
        </w:rPr>
        <w:t>A PEP is an individual who is or has been entrusted with a prominent public or government function. This screening includes immediate family members and close associates. A “Yes” response does not automatically prevent SeaStone Homes Bahamas Ltd. from acting; enhanced due diligence may be required.</w:t>
      </w:r>
    </w:p>
    <w:tbl>
      <w:tblPr>
        <w:tblW w:type="auto" w:w="0"/>
        <w:jc w:val="center"/>
        <w:tblLayout w:type="fixed"/>
        <w:tblLook w:firstColumn="1" w:firstRow="1" w:lastColumn="0" w:lastRow="0" w:noHBand="0" w:noVBand="1" w:val="04A0"/>
      </w:tblPr>
      <w:tblGrid>
        <w:gridCol w:w="5083"/>
        <w:gridCol w:w="5083"/>
      </w:tblGrid>
      <w:tr>
        <w:trPr>
          <w:cantSplit/>
        </w:trPr>
        <w:tc>
          <w:tcPr>
            <w:tcW w:type="dxa" w:w="3024"/>
            <w:vAlign w:val="center"/>
            <w:tcMar>
              <w:top w:w="80" w:type="dxa"/>
              <w:start w:w="110" w:type="dxa"/>
              <w:bottom w:w="80" w:type="dxa"/>
              <w:end w:w="110" w:type="dxa"/>
            </w:tcMar>
            <w:shd w:fill="F3F5F7"/>
          </w:tcPr>
          <w:p>
            <w:pPr>
              <w:spacing w:after="0" w:line="240" w:lineRule="auto"/>
            </w:pPr>
            <w:r/>
            <w:r>
              <w:rPr>
                <w:rFonts w:ascii="Arial" w:hAnsi="Arial"/>
                <w:b/>
                <w:color w:val="12324A"/>
                <w:sz w:val="17"/>
              </w:rPr>
              <w:t>Are you a PEP?</w:t>
            </w:r>
          </w:p>
        </w:tc>
        <w:tc>
          <w:tcPr>
            <w:tcW w:type="dxa" w:w="6768"/>
            <w:vAlign w:val="center"/>
            <w:tcMar>
              <w:top w:w="80" w:type="dxa"/>
              <w:start w:w="110" w:type="dxa"/>
              <w:bottom w:w="80" w:type="dxa"/>
              <w:end w:w="110" w:type="dxa"/>
            </w:tcMar>
          </w:tcPr>
          <w:p>
            <w:pPr>
              <w:spacing w:after="0" w:line="240" w:lineRule="auto"/>
            </w:pPr>
            <w:r/>
            <w:r>
              <w:rPr>
                <w:rFonts w:ascii="Arial" w:hAnsi="Arial"/>
                <w:b w:val="0"/>
                <w:color w:val="12324A"/>
                <w:sz w:val="17"/>
              </w:rPr>
              <w:t>☐ Yes   ☐ No</w:t>
            </w:r>
          </w:p>
        </w:tc>
      </w:tr>
      <w:tr>
        <w:trPr>
          <w:cantSplit/>
        </w:trPr>
        <w:tc>
          <w:tcPr>
            <w:tcW w:type="dxa" w:w="3024"/>
            <w:vAlign w:val="center"/>
            <w:tcMar>
              <w:top w:w="80" w:type="dxa"/>
              <w:start w:w="110" w:type="dxa"/>
              <w:bottom w:w="80" w:type="dxa"/>
              <w:end w:w="110" w:type="dxa"/>
            </w:tcMar>
            <w:shd w:fill="F3F5F7"/>
          </w:tcPr>
          <w:p>
            <w:pPr>
              <w:spacing w:after="0" w:line="240" w:lineRule="auto"/>
            </w:pPr>
            <w:r/>
            <w:r>
              <w:rPr>
                <w:rFonts w:ascii="Arial" w:hAnsi="Arial"/>
                <w:b/>
                <w:color w:val="12324A"/>
                <w:sz w:val="17"/>
              </w:rPr>
              <w:t>Is a family member a PEP?</w:t>
            </w:r>
          </w:p>
        </w:tc>
        <w:tc>
          <w:tcPr>
            <w:tcW w:type="dxa" w:w="6768"/>
            <w:vAlign w:val="center"/>
            <w:tcMar>
              <w:top w:w="80" w:type="dxa"/>
              <w:start w:w="110" w:type="dxa"/>
              <w:bottom w:w="80" w:type="dxa"/>
              <w:end w:w="110" w:type="dxa"/>
            </w:tcMar>
          </w:tcPr>
          <w:p>
            <w:pPr>
              <w:spacing w:after="0" w:line="240" w:lineRule="auto"/>
            </w:pPr>
            <w:r/>
            <w:r>
              <w:rPr>
                <w:rFonts w:ascii="Arial" w:hAnsi="Arial"/>
                <w:b w:val="0"/>
                <w:color w:val="12324A"/>
                <w:sz w:val="17"/>
              </w:rPr>
              <w:t>☐ Yes   ☐ No</w:t>
            </w:r>
          </w:p>
        </w:tc>
      </w:tr>
      <w:tr>
        <w:trPr>
          <w:cantSplit/>
        </w:trPr>
        <w:tc>
          <w:tcPr>
            <w:tcW w:type="dxa" w:w="3024"/>
            <w:vAlign w:val="center"/>
            <w:tcMar>
              <w:top w:w="80" w:type="dxa"/>
              <w:start w:w="110" w:type="dxa"/>
              <w:bottom w:w="80" w:type="dxa"/>
              <w:end w:w="110" w:type="dxa"/>
            </w:tcMar>
            <w:shd w:fill="F3F5F7"/>
          </w:tcPr>
          <w:p>
            <w:pPr>
              <w:spacing w:after="0" w:line="240" w:lineRule="auto"/>
            </w:pPr>
            <w:r/>
            <w:r>
              <w:rPr>
                <w:rFonts w:ascii="Arial" w:hAnsi="Arial"/>
                <w:b/>
                <w:color w:val="12324A"/>
                <w:sz w:val="17"/>
              </w:rPr>
              <w:t>Is a close associate a PEP?</w:t>
            </w:r>
          </w:p>
        </w:tc>
        <w:tc>
          <w:tcPr>
            <w:tcW w:type="dxa" w:w="6768"/>
            <w:vAlign w:val="center"/>
            <w:tcMar>
              <w:top w:w="80" w:type="dxa"/>
              <w:start w:w="110" w:type="dxa"/>
              <w:bottom w:w="80" w:type="dxa"/>
              <w:end w:w="110" w:type="dxa"/>
            </w:tcMar>
          </w:tcPr>
          <w:p>
            <w:pPr>
              <w:spacing w:after="0" w:line="240" w:lineRule="auto"/>
            </w:pPr>
            <w:r/>
            <w:r>
              <w:rPr>
                <w:rFonts w:ascii="Arial" w:hAnsi="Arial"/>
                <w:b w:val="0"/>
                <w:color w:val="12324A"/>
                <w:sz w:val="17"/>
              </w:rPr>
              <w:t>☐ Yes   ☐ No</w:t>
            </w:r>
          </w:p>
        </w:tc>
      </w:tr>
      <w:tr>
        <w:trPr>
          <w:cantSplit/>
        </w:trPr>
        <w:tc>
          <w:tcPr>
            <w:tcW w:type="dxa" w:w="3024"/>
            <w:vAlign w:val="center"/>
            <w:tcMar>
              <w:top w:w="80" w:type="dxa"/>
              <w:start w:w="110" w:type="dxa"/>
              <w:bottom w:w="80" w:type="dxa"/>
              <w:end w:w="110" w:type="dxa"/>
            </w:tcMar>
            <w:shd w:fill="F3F5F7"/>
          </w:tcPr>
          <w:p>
            <w:pPr>
              <w:spacing w:after="0" w:line="240" w:lineRule="auto"/>
            </w:pPr>
            <w:r/>
            <w:r>
              <w:rPr>
                <w:rFonts w:ascii="Arial" w:hAnsi="Arial"/>
                <w:b/>
                <w:color w:val="12324A"/>
                <w:sz w:val="17"/>
              </w:rPr>
              <w:t>PEP’s full name</w:t>
            </w:r>
          </w:p>
        </w:tc>
        <w:tc>
          <w:tcPr>
            <w:tcW w:type="dxa" w:w="6768"/>
            <w:vAlign w:val="center"/>
            <w:tcMar>
              <w:top w:w="80" w:type="dxa"/>
              <w:start w:w="110" w:type="dxa"/>
              <w:bottom w:w="80" w:type="dxa"/>
              <w:end w:w="110" w:type="dxa"/>
            </w:tcMar>
          </w:tcPr>
          <w:p>
            <w:pPr>
              <w:spacing w:after="0" w:line="240" w:lineRule="auto"/>
            </w:pPr>
            <w:r/>
            <w:r>
              <w:rPr>
                <w:rFonts w:ascii="Arial" w:hAnsi="Arial"/>
                <w:b w:val="0"/>
                <w:color w:val="12324A"/>
                <w:sz w:val="17"/>
              </w:rPr>
              <w:t>____________________________________________________________</w:t>
            </w:r>
          </w:p>
        </w:tc>
      </w:tr>
      <w:tr>
        <w:trPr>
          <w:cantSplit/>
        </w:trPr>
        <w:tc>
          <w:tcPr>
            <w:tcW w:type="dxa" w:w="3024"/>
            <w:vAlign w:val="center"/>
            <w:tcMar>
              <w:top w:w="80" w:type="dxa"/>
              <w:start w:w="110" w:type="dxa"/>
              <w:bottom w:w="80" w:type="dxa"/>
              <w:end w:w="110" w:type="dxa"/>
            </w:tcMar>
            <w:shd w:fill="F3F5F7"/>
          </w:tcPr>
          <w:p>
            <w:pPr>
              <w:spacing w:after="0" w:line="240" w:lineRule="auto"/>
            </w:pPr>
            <w:r/>
            <w:r>
              <w:rPr>
                <w:rFonts w:ascii="Arial" w:hAnsi="Arial"/>
                <w:b/>
                <w:color w:val="12324A"/>
                <w:sz w:val="17"/>
              </w:rPr>
              <w:t>Country / public body</w:t>
            </w:r>
          </w:p>
        </w:tc>
        <w:tc>
          <w:tcPr>
            <w:tcW w:type="dxa" w:w="6768"/>
            <w:vAlign w:val="center"/>
            <w:tcMar>
              <w:top w:w="80" w:type="dxa"/>
              <w:start w:w="110" w:type="dxa"/>
              <w:bottom w:w="80" w:type="dxa"/>
              <w:end w:w="110" w:type="dxa"/>
            </w:tcMar>
          </w:tcPr>
          <w:p>
            <w:pPr>
              <w:spacing w:after="0" w:line="240" w:lineRule="auto"/>
            </w:pPr>
            <w:r/>
            <w:r>
              <w:rPr>
                <w:rFonts w:ascii="Arial" w:hAnsi="Arial"/>
                <w:b w:val="0"/>
                <w:color w:val="12324A"/>
                <w:sz w:val="17"/>
              </w:rPr>
              <w:t>____________________________________________________________</w:t>
            </w:r>
          </w:p>
        </w:tc>
      </w:tr>
      <w:tr>
        <w:trPr>
          <w:cantSplit/>
        </w:trPr>
        <w:tc>
          <w:tcPr>
            <w:tcW w:type="dxa" w:w="3024"/>
            <w:vAlign w:val="center"/>
            <w:tcMar>
              <w:top w:w="80" w:type="dxa"/>
              <w:start w:w="110" w:type="dxa"/>
              <w:bottom w:w="80" w:type="dxa"/>
              <w:end w:w="110" w:type="dxa"/>
            </w:tcMar>
            <w:shd w:fill="F3F5F7"/>
          </w:tcPr>
          <w:p>
            <w:pPr>
              <w:spacing w:after="0" w:line="240" w:lineRule="auto"/>
            </w:pPr>
            <w:r/>
            <w:r>
              <w:rPr>
                <w:rFonts w:ascii="Arial" w:hAnsi="Arial"/>
                <w:b/>
                <w:color w:val="12324A"/>
                <w:sz w:val="17"/>
              </w:rPr>
              <w:t>Position, activities and function</w:t>
            </w:r>
          </w:p>
        </w:tc>
        <w:tc>
          <w:tcPr>
            <w:tcW w:type="dxa" w:w="6768"/>
            <w:vAlign w:val="center"/>
            <w:tcMar>
              <w:top w:w="80" w:type="dxa"/>
              <w:start w:w="110" w:type="dxa"/>
              <w:bottom w:w="80" w:type="dxa"/>
              <w:end w:w="110" w:type="dxa"/>
            </w:tcMar>
          </w:tcPr>
          <w:p>
            <w:pPr>
              <w:spacing w:after="0" w:line="240" w:lineRule="auto"/>
            </w:pPr>
            <w:r/>
            <w:r>
              <w:rPr>
                <w:rFonts w:ascii="Arial" w:hAnsi="Arial"/>
                <w:b w:val="0"/>
                <w:color w:val="12324A"/>
                <w:sz w:val="17"/>
              </w:rPr>
              <w:t>____________________________________________________________</w:t>
            </w:r>
          </w:p>
        </w:tc>
      </w:tr>
      <w:tr>
        <w:trPr>
          <w:cantSplit/>
        </w:trPr>
        <w:tc>
          <w:tcPr>
            <w:tcW w:type="dxa" w:w="3024"/>
            <w:vAlign w:val="center"/>
            <w:tcMar>
              <w:top w:w="80" w:type="dxa"/>
              <w:start w:w="110" w:type="dxa"/>
              <w:bottom w:w="80" w:type="dxa"/>
              <w:end w:w="110" w:type="dxa"/>
            </w:tcMar>
            <w:shd w:fill="F3F5F7"/>
          </w:tcPr>
          <w:p>
            <w:pPr>
              <w:spacing w:after="0" w:line="240" w:lineRule="auto"/>
            </w:pPr>
            <w:r/>
            <w:r>
              <w:rPr>
                <w:rFonts w:ascii="Arial" w:hAnsi="Arial"/>
                <w:b/>
                <w:color w:val="12324A"/>
                <w:sz w:val="17"/>
              </w:rPr>
              <w:t>Relationship to applicant</w:t>
            </w:r>
          </w:p>
        </w:tc>
        <w:tc>
          <w:tcPr>
            <w:tcW w:type="dxa" w:w="6768"/>
            <w:vAlign w:val="center"/>
            <w:tcMar>
              <w:top w:w="80" w:type="dxa"/>
              <w:start w:w="110" w:type="dxa"/>
              <w:bottom w:w="80" w:type="dxa"/>
              <w:end w:w="110" w:type="dxa"/>
            </w:tcMar>
          </w:tcPr>
          <w:p>
            <w:pPr>
              <w:spacing w:after="0" w:line="240" w:lineRule="auto"/>
            </w:pPr>
            <w:r/>
            <w:r>
              <w:rPr>
                <w:rFonts w:ascii="Arial" w:hAnsi="Arial"/>
                <w:b w:val="0"/>
                <w:color w:val="12324A"/>
                <w:sz w:val="17"/>
              </w:rPr>
              <w:t>____________________________________________________________</w:t>
            </w:r>
          </w:p>
        </w:tc>
      </w:tr>
      <w:tr>
        <w:trPr>
          <w:cantSplit/>
        </w:trPr>
        <w:tc>
          <w:tcPr>
            <w:tcW w:type="dxa" w:w="3024"/>
            <w:vAlign w:val="center"/>
            <w:tcMar>
              <w:top w:w="80" w:type="dxa"/>
              <w:start w:w="110" w:type="dxa"/>
              <w:bottom w:w="80" w:type="dxa"/>
              <w:end w:w="110" w:type="dxa"/>
            </w:tcMar>
            <w:shd w:fill="F3F5F7"/>
          </w:tcPr>
          <w:p>
            <w:pPr>
              <w:spacing w:after="0" w:line="240" w:lineRule="auto"/>
            </w:pPr>
            <w:r/>
            <w:r>
              <w:rPr>
                <w:rFonts w:ascii="Arial" w:hAnsi="Arial"/>
                <w:b/>
                <w:color w:val="12324A"/>
                <w:sz w:val="17"/>
              </w:rPr>
              <w:t>Dates in office / status</w:t>
            </w:r>
          </w:p>
        </w:tc>
        <w:tc>
          <w:tcPr>
            <w:tcW w:type="dxa" w:w="6768"/>
            <w:vAlign w:val="center"/>
            <w:tcMar>
              <w:top w:w="80" w:type="dxa"/>
              <w:start w:w="110" w:type="dxa"/>
              <w:bottom w:w="80" w:type="dxa"/>
              <w:end w:w="110" w:type="dxa"/>
            </w:tcMar>
          </w:tcPr>
          <w:p>
            <w:pPr>
              <w:spacing w:after="0" w:line="240" w:lineRule="auto"/>
            </w:pPr>
            <w:r/>
            <w:r>
              <w:rPr>
                <w:rFonts w:ascii="Arial" w:hAnsi="Arial"/>
                <w:b w:val="0"/>
                <w:color w:val="12324A"/>
                <w:sz w:val="17"/>
              </w:rPr>
              <w:t>From: ______________  To: ______________  ☐ Current  ☐ Former</w:t>
            </w:r>
          </w:p>
        </w:tc>
      </w:tr>
      <w:tr>
        <w:trPr>
          <w:cantSplit/>
        </w:trPr>
        <w:tc>
          <w:tcPr>
            <w:tcW w:type="dxa" w:w="3024"/>
            <w:vAlign w:val="center"/>
            <w:tcMar>
              <w:top w:w="80" w:type="dxa"/>
              <w:start w:w="110" w:type="dxa"/>
              <w:bottom w:w="80" w:type="dxa"/>
              <w:end w:w="110" w:type="dxa"/>
            </w:tcMar>
            <w:shd w:fill="F3F5F7"/>
          </w:tcPr>
          <w:p>
            <w:pPr>
              <w:spacing w:after="0" w:line="240" w:lineRule="auto"/>
            </w:pPr>
            <w:r/>
            <w:r>
              <w:rPr>
                <w:rFonts w:ascii="Arial" w:hAnsi="Arial"/>
                <w:b/>
                <w:color w:val="12324A"/>
                <w:sz w:val="17"/>
              </w:rPr>
              <w:t>Additional details</w:t>
            </w:r>
          </w:p>
        </w:tc>
        <w:tc>
          <w:tcPr>
            <w:tcW w:type="dxa" w:w="6768"/>
            <w:vAlign w:val="center"/>
            <w:tcMar>
              <w:top w:w="80" w:type="dxa"/>
              <w:start w:w="110" w:type="dxa"/>
              <w:bottom w:w="80" w:type="dxa"/>
              <w:end w:w="110" w:type="dxa"/>
            </w:tcMar>
          </w:tcPr>
          <w:p>
            <w:pPr>
              <w:spacing w:after="0" w:line="240" w:lineRule="auto"/>
            </w:pPr>
            <w:r/>
            <w:r>
              <w:rPr>
                <w:rFonts w:ascii="Arial" w:hAnsi="Arial"/>
                <w:b w:val="0"/>
                <w:color w:val="12324A"/>
                <w:sz w:val="17"/>
              </w:rPr>
              <w:t>____________________________________________________________</w:t>
              <w:br/>
              <w:t>____________________________________________________________</w:t>
            </w:r>
          </w:p>
        </w:tc>
      </w:tr>
    </w:tbl>
    <w:p>
      <w:pPr>
        <w:spacing w:after="20"/>
      </w:pPr>
    </w:p>
    <w:p>
      <w:pPr>
        <w:keepNext/>
        <w:spacing w:before="160" w:after="80"/>
        <w:shd w:fill="12324A"/>
      </w:pPr>
      <w:r>
        <w:rPr>
          <w:rFonts w:ascii="Arial" w:hAnsi="Arial"/>
          <w:b/>
          <w:color w:val="FFFFFF"/>
          <w:sz w:val="22"/>
        </w:rPr>
        <w:t>6.  AML/CFT, SOURCE OF WEALTH AND SOURCE OF FUNDS</w:t>
      </w:r>
    </w:p>
    <w:tbl>
      <w:tblPr>
        <w:tblW w:type="auto" w:w="0"/>
        <w:jc w:val="center"/>
        <w:tblLayout w:type="fixed"/>
        <w:tblLook w:firstColumn="1" w:firstRow="1" w:lastColumn="0" w:lastRow="0" w:noHBand="0" w:noVBand="1" w:val="04A0"/>
      </w:tblPr>
      <w:tblGrid>
        <w:gridCol w:w="5083"/>
        <w:gridCol w:w="5083"/>
      </w:tblGrid>
      <w:tr>
        <w:trPr>
          <w:cantSplit/>
        </w:trPr>
        <w:tc>
          <w:tcPr>
            <w:tcW w:type="dxa" w:w="3024"/>
            <w:vAlign w:val="center"/>
            <w:tcMar>
              <w:top w:w="80" w:type="dxa"/>
              <w:start w:w="110" w:type="dxa"/>
              <w:bottom w:w="80" w:type="dxa"/>
              <w:end w:w="110" w:type="dxa"/>
            </w:tcMar>
            <w:shd w:fill="F3F5F7"/>
          </w:tcPr>
          <w:p>
            <w:pPr>
              <w:spacing w:after="0" w:line="240" w:lineRule="auto"/>
            </w:pPr>
            <w:r/>
            <w:r>
              <w:rPr>
                <w:rFonts w:ascii="Arial" w:hAnsi="Arial"/>
                <w:b/>
                <w:color w:val="12324A"/>
                <w:sz w:val="17"/>
              </w:rPr>
              <w:t>Purpose of acquisition</w:t>
            </w:r>
          </w:p>
        </w:tc>
        <w:tc>
          <w:tcPr>
            <w:tcW w:type="dxa" w:w="6768"/>
            <w:vAlign w:val="center"/>
            <w:tcMar>
              <w:top w:w="80" w:type="dxa"/>
              <w:start w:w="110" w:type="dxa"/>
              <w:bottom w:w="80" w:type="dxa"/>
              <w:end w:w="110" w:type="dxa"/>
            </w:tcMar>
          </w:tcPr>
          <w:p>
            <w:pPr>
              <w:spacing w:after="0" w:line="240" w:lineRule="auto"/>
            </w:pPr>
            <w:r/>
            <w:r>
              <w:rPr>
                <w:rFonts w:ascii="Arial" w:hAnsi="Arial"/>
                <w:b w:val="0"/>
                <w:color w:val="12324A"/>
                <w:sz w:val="17"/>
              </w:rPr>
              <w:t>☐ Primary residence  ☐ Second home  ☐ Long-term investment</w:t>
              <w:br/>
              <w:t>☐ Development  ☐ Rental income  ☐ Commercial operations</w:t>
              <w:br/>
              <w:t>☐ Relocation  ☐ Other: __________________________________________</w:t>
            </w:r>
          </w:p>
        </w:tc>
      </w:tr>
      <w:tr>
        <w:trPr>
          <w:cantSplit/>
        </w:trPr>
        <w:tc>
          <w:tcPr>
            <w:tcW w:type="dxa" w:w="3024"/>
            <w:vAlign w:val="center"/>
            <w:tcMar>
              <w:top w:w="80" w:type="dxa"/>
              <w:start w:w="110" w:type="dxa"/>
              <w:bottom w:w="80" w:type="dxa"/>
              <w:end w:w="110" w:type="dxa"/>
            </w:tcMar>
            <w:shd w:fill="F3F5F7"/>
          </w:tcPr>
          <w:p>
            <w:pPr>
              <w:spacing w:after="0" w:line="240" w:lineRule="auto"/>
            </w:pPr>
            <w:r/>
            <w:r>
              <w:rPr>
                <w:rFonts w:ascii="Arial" w:hAnsi="Arial"/>
                <w:b/>
                <w:color w:val="12324A"/>
                <w:sz w:val="17"/>
              </w:rPr>
              <w:t>Primary source of wealth</w:t>
            </w:r>
          </w:p>
        </w:tc>
        <w:tc>
          <w:tcPr>
            <w:tcW w:type="dxa" w:w="6768"/>
            <w:vAlign w:val="center"/>
            <w:tcMar>
              <w:top w:w="80" w:type="dxa"/>
              <w:start w:w="110" w:type="dxa"/>
              <w:bottom w:w="80" w:type="dxa"/>
              <w:end w:w="110" w:type="dxa"/>
            </w:tcMar>
          </w:tcPr>
          <w:p>
            <w:pPr>
              <w:spacing w:after="0" w:line="240" w:lineRule="auto"/>
            </w:pPr>
            <w:r/>
            <w:r>
              <w:rPr>
                <w:rFonts w:ascii="Arial" w:hAnsi="Arial"/>
                <w:b w:val="0"/>
                <w:color w:val="12324A"/>
                <w:sz w:val="17"/>
              </w:rPr>
              <w:t>☐ Employment  ☐ Business ownership  ☐ Investments  ☐ Inheritance</w:t>
              <w:br/>
              <w:t>☐ Property sale  ☐ Pension  ☐ Other: _____________________________</w:t>
            </w:r>
          </w:p>
        </w:tc>
      </w:tr>
      <w:tr>
        <w:trPr>
          <w:cantSplit/>
        </w:trPr>
        <w:tc>
          <w:tcPr>
            <w:tcW w:type="dxa" w:w="3024"/>
            <w:vAlign w:val="center"/>
            <w:tcMar>
              <w:top w:w="80" w:type="dxa"/>
              <w:start w:w="110" w:type="dxa"/>
              <w:bottom w:w="80" w:type="dxa"/>
              <w:end w:w="110" w:type="dxa"/>
            </w:tcMar>
            <w:shd w:fill="F3F5F7"/>
          </w:tcPr>
          <w:p>
            <w:pPr>
              <w:spacing w:after="0" w:line="240" w:lineRule="auto"/>
            </w:pPr>
            <w:r/>
            <w:r>
              <w:rPr>
                <w:rFonts w:ascii="Arial" w:hAnsi="Arial"/>
                <w:b/>
                <w:color w:val="12324A"/>
                <w:sz w:val="17"/>
              </w:rPr>
              <w:t>Source of purchase funds</w:t>
            </w:r>
          </w:p>
        </w:tc>
        <w:tc>
          <w:tcPr>
            <w:tcW w:type="dxa" w:w="6768"/>
            <w:vAlign w:val="center"/>
            <w:tcMar>
              <w:top w:w="80" w:type="dxa"/>
              <w:start w:w="110" w:type="dxa"/>
              <w:bottom w:w="80" w:type="dxa"/>
              <w:end w:w="110" w:type="dxa"/>
            </w:tcMar>
          </w:tcPr>
          <w:p>
            <w:pPr>
              <w:spacing w:after="0" w:line="240" w:lineRule="auto"/>
            </w:pPr>
            <w:r/>
            <w:r>
              <w:rPr>
                <w:rFonts w:ascii="Arial" w:hAnsi="Arial"/>
                <w:b w:val="0"/>
                <w:color w:val="12324A"/>
                <w:sz w:val="17"/>
              </w:rPr>
              <w:t>☐ Savings  ☐ Mortgage/loan  ☐ Property sale proceeds  ☐ Investments</w:t>
              <w:br/>
              <w:t>☐ Gift  ☐ Inheritance  ☐ Business funds  ☐ Other: _________________</w:t>
            </w:r>
          </w:p>
        </w:tc>
      </w:tr>
      <w:tr>
        <w:trPr>
          <w:cantSplit/>
        </w:trPr>
        <w:tc>
          <w:tcPr>
            <w:tcW w:type="dxa" w:w="3024"/>
            <w:vAlign w:val="center"/>
            <w:tcMar>
              <w:top w:w="80" w:type="dxa"/>
              <w:start w:w="110" w:type="dxa"/>
              <w:bottom w:w="80" w:type="dxa"/>
              <w:end w:w="110" w:type="dxa"/>
            </w:tcMar>
            <w:shd w:fill="F3F5F7"/>
          </w:tcPr>
          <w:p>
            <w:pPr>
              <w:spacing w:after="0" w:line="240" w:lineRule="auto"/>
            </w:pPr>
            <w:r/>
            <w:r>
              <w:rPr>
                <w:rFonts w:ascii="Arial" w:hAnsi="Arial"/>
                <w:b/>
                <w:color w:val="12324A"/>
                <w:sz w:val="17"/>
              </w:rPr>
              <w:t>Funding institution/account</w:t>
            </w:r>
          </w:p>
        </w:tc>
        <w:tc>
          <w:tcPr>
            <w:tcW w:type="dxa" w:w="6768"/>
            <w:vAlign w:val="center"/>
            <w:tcMar>
              <w:top w:w="80" w:type="dxa"/>
              <w:start w:w="110" w:type="dxa"/>
              <w:bottom w:w="80" w:type="dxa"/>
              <w:end w:w="110" w:type="dxa"/>
            </w:tcMar>
          </w:tcPr>
          <w:p>
            <w:pPr>
              <w:spacing w:after="0" w:line="240" w:lineRule="auto"/>
            </w:pPr>
            <w:r/>
            <w:r>
              <w:rPr>
                <w:rFonts w:ascii="Arial" w:hAnsi="Arial"/>
                <w:b w:val="0"/>
                <w:color w:val="12324A"/>
                <w:sz w:val="17"/>
              </w:rPr>
              <w:t>Bank/institution: __________________________  Country: ______________</w:t>
              <w:br/>
              <w:t>Account name: ___________________________________________________</w:t>
            </w:r>
          </w:p>
        </w:tc>
      </w:tr>
      <w:tr>
        <w:trPr>
          <w:cantSplit/>
        </w:trPr>
        <w:tc>
          <w:tcPr>
            <w:tcW w:type="dxa" w:w="3024"/>
            <w:vAlign w:val="center"/>
            <w:tcMar>
              <w:top w:w="80" w:type="dxa"/>
              <w:start w:w="110" w:type="dxa"/>
              <w:bottom w:w="80" w:type="dxa"/>
              <w:end w:w="110" w:type="dxa"/>
            </w:tcMar>
            <w:shd w:fill="F3F5F7"/>
          </w:tcPr>
          <w:p>
            <w:pPr>
              <w:spacing w:after="0" w:line="240" w:lineRule="auto"/>
            </w:pPr>
            <w:r/>
            <w:r>
              <w:rPr>
                <w:rFonts w:ascii="Arial" w:hAnsi="Arial"/>
                <w:b/>
                <w:color w:val="12324A"/>
                <w:sz w:val="17"/>
              </w:rPr>
              <w:t>Gifted / third-party funds</w:t>
            </w:r>
          </w:p>
        </w:tc>
        <w:tc>
          <w:tcPr>
            <w:tcW w:type="dxa" w:w="6768"/>
            <w:vAlign w:val="center"/>
            <w:tcMar>
              <w:top w:w="80" w:type="dxa"/>
              <w:start w:w="110" w:type="dxa"/>
              <w:bottom w:w="80" w:type="dxa"/>
              <w:end w:w="110" w:type="dxa"/>
            </w:tcMar>
          </w:tcPr>
          <w:p>
            <w:pPr>
              <w:spacing w:after="0" w:line="240" w:lineRule="auto"/>
            </w:pPr>
            <w:r/>
            <w:r>
              <w:rPr>
                <w:rFonts w:ascii="Arial" w:hAnsi="Arial"/>
                <w:b w:val="0"/>
                <w:color w:val="12324A"/>
                <w:sz w:val="17"/>
              </w:rPr>
              <w:t>Will any other person provide funds? ☐ Yes ☐ No</w:t>
              <w:br/>
              <w:t>Name, relationship, amount and source: _______________________________</w:t>
            </w:r>
          </w:p>
        </w:tc>
      </w:tr>
      <w:tr>
        <w:trPr>
          <w:cantSplit/>
        </w:trPr>
        <w:tc>
          <w:tcPr>
            <w:tcW w:type="dxa" w:w="3024"/>
            <w:vAlign w:val="center"/>
            <w:tcMar>
              <w:top w:w="80" w:type="dxa"/>
              <w:start w:w="110" w:type="dxa"/>
              <w:bottom w:w="80" w:type="dxa"/>
              <w:end w:w="110" w:type="dxa"/>
            </w:tcMar>
            <w:shd w:fill="F3F5F7"/>
          </w:tcPr>
          <w:p>
            <w:pPr>
              <w:spacing w:after="0" w:line="240" w:lineRule="auto"/>
            </w:pPr>
            <w:r/>
            <w:r>
              <w:rPr>
                <w:rFonts w:ascii="Arial" w:hAnsi="Arial"/>
                <w:b/>
                <w:color w:val="12324A"/>
                <w:sz w:val="17"/>
              </w:rPr>
              <w:t>Expected purchase amount</w:t>
            </w:r>
          </w:p>
        </w:tc>
        <w:tc>
          <w:tcPr>
            <w:tcW w:type="dxa" w:w="6768"/>
            <w:vAlign w:val="center"/>
            <w:tcMar>
              <w:top w:w="80" w:type="dxa"/>
              <w:start w:w="110" w:type="dxa"/>
              <w:bottom w:w="80" w:type="dxa"/>
              <w:end w:w="110" w:type="dxa"/>
            </w:tcMar>
          </w:tcPr>
          <w:p>
            <w:pPr>
              <w:spacing w:after="0" w:line="240" w:lineRule="auto"/>
            </w:pPr>
            <w:r/>
            <w:r>
              <w:rPr>
                <w:rFonts w:ascii="Arial" w:hAnsi="Arial"/>
                <w:b w:val="0"/>
                <w:color w:val="12324A"/>
                <w:sz w:val="17"/>
              </w:rPr>
              <w:t>B$____________________________</w:t>
            </w:r>
          </w:p>
        </w:tc>
      </w:tr>
      <w:tr>
        <w:trPr>
          <w:cantSplit/>
        </w:trPr>
        <w:tc>
          <w:tcPr>
            <w:tcW w:type="dxa" w:w="3024"/>
            <w:vAlign w:val="center"/>
            <w:tcMar>
              <w:top w:w="80" w:type="dxa"/>
              <w:start w:w="110" w:type="dxa"/>
              <w:bottom w:w="80" w:type="dxa"/>
              <w:end w:w="110" w:type="dxa"/>
            </w:tcMar>
            <w:shd w:fill="F3F5F7"/>
          </w:tcPr>
          <w:p>
            <w:pPr>
              <w:spacing w:after="0" w:line="240" w:lineRule="auto"/>
            </w:pPr>
            <w:r/>
            <w:r>
              <w:rPr>
                <w:rFonts w:ascii="Arial" w:hAnsi="Arial"/>
                <w:b/>
                <w:color w:val="12324A"/>
                <w:sz w:val="17"/>
              </w:rPr>
              <w:t>Expected cash contribution</w:t>
            </w:r>
          </w:p>
        </w:tc>
        <w:tc>
          <w:tcPr>
            <w:tcW w:type="dxa" w:w="6768"/>
            <w:vAlign w:val="center"/>
            <w:tcMar>
              <w:top w:w="80" w:type="dxa"/>
              <w:start w:w="110" w:type="dxa"/>
              <w:bottom w:w="80" w:type="dxa"/>
              <w:end w:w="110" w:type="dxa"/>
            </w:tcMar>
          </w:tcPr>
          <w:p>
            <w:pPr>
              <w:spacing w:after="0" w:line="240" w:lineRule="auto"/>
            </w:pPr>
            <w:r/>
            <w:r>
              <w:rPr>
                <w:rFonts w:ascii="Arial" w:hAnsi="Arial"/>
                <w:b w:val="0"/>
                <w:color w:val="12324A"/>
                <w:sz w:val="17"/>
              </w:rPr>
              <w:t>B$________________  Percentage of purchase price: _______%</w:t>
            </w:r>
          </w:p>
        </w:tc>
      </w:tr>
      <w:tr>
        <w:trPr>
          <w:cantSplit/>
        </w:trPr>
        <w:tc>
          <w:tcPr>
            <w:tcW w:type="dxa" w:w="3024"/>
            <w:vAlign w:val="center"/>
            <w:tcMar>
              <w:top w:w="80" w:type="dxa"/>
              <w:start w:w="110" w:type="dxa"/>
              <w:bottom w:w="80" w:type="dxa"/>
              <w:end w:w="110" w:type="dxa"/>
            </w:tcMar>
            <w:shd w:fill="F3F5F7"/>
          </w:tcPr>
          <w:p>
            <w:pPr>
              <w:spacing w:after="0" w:line="240" w:lineRule="auto"/>
            </w:pPr>
            <w:r/>
            <w:r>
              <w:rPr>
                <w:rFonts w:ascii="Arial" w:hAnsi="Arial"/>
                <w:b/>
                <w:color w:val="12324A"/>
                <w:sz w:val="17"/>
              </w:rPr>
              <w:t>Expected borrowing</w:t>
            </w:r>
          </w:p>
        </w:tc>
        <w:tc>
          <w:tcPr>
            <w:tcW w:type="dxa" w:w="6768"/>
            <w:vAlign w:val="center"/>
            <w:tcMar>
              <w:top w:w="80" w:type="dxa"/>
              <w:start w:w="110" w:type="dxa"/>
              <w:bottom w:w="80" w:type="dxa"/>
              <w:end w:w="110" w:type="dxa"/>
            </w:tcMar>
          </w:tcPr>
          <w:p>
            <w:pPr>
              <w:spacing w:after="0" w:line="240" w:lineRule="auto"/>
            </w:pPr>
            <w:r/>
            <w:r>
              <w:rPr>
                <w:rFonts w:ascii="Arial" w:hAnsi="Arial"/>
                <w:b w:val="0"/>
                <w:color w:val="12324A"/>
                <w:sz w:val="17"/>
              </w:rPr>
              <w:t>B$________________  Lender: _____________________________________</w:t>
            </w:r>
          </w:p>
        </w:tc>
      </w:tr>
      <w:tr>
        <w:trPr>
          <w:cantSplit/>
        </w:trPr>
        <w:tc>
          <w:tcPr>
            <w:tcW w:type="dxa" w:w="3024"/>
            <w:vAlign w:val="center"/>
            <w:tcMar>
              <w:top w:w="80" w:type="dxa"/>
              <w:start w:w="110" w:type="dxa"/>
              <w:bottom w:w="80" w:type="dxa"/>
              <w:end w:w="110" w:type="dxa"/>
            </w:tcMar>
            <w:shd w:fill="F3F5F7"/>
          </w:tcPr>
          <w:p>
            <w:pPr>
              <w:spacing w:after="0" w:line="240" w:lineRule="auto"/>
            </w:pPr>
            <w:r/>
            <w:r>
              <w:rPr>
                <w:rFonts w:ascii="Arial" w:hAnsi="Arial"/>
                <w:b/>
                <w:color w:val="12324A"/>
                <w:sz w:val="17"/>
              </w:rPr>
              <w:t>Foreign transfer</w:t>
            </w:r>
          </w:p>
        </w:tc>
        <w:tc>
          <w:tcPr>
            <w:tcW w:type="dxa" w:w="6768"/>
            <w:vAlign w:val="center"/>
            <w:tcMar>
              <w:top w:w="80" w:type="dxa"/>
              <w:start w:w="110" w:type="dxa"/>
              <w:bottom w:w="80" w:type="dxa"/>
              <w:end w:w="110" w:type="dxa"/>
            </w:tcMar>
          </w:tcPr>
          <w:p>
            <w:pPr>
              <w:spacing w:after="0" w:line="240" w:lineRule="auto"/>
            </w:pPr>
            <w:r/>
            <w:r>
              <w:rPr>
                <w:rFonts w:ascii="Arial" w:hAnsi="Arial"/>
                <w:b w:val="0"/>
                <w:color w:val="12324A"/>
                <w:sz w:val="17"/>
              </w:rPr>
              <w:t>Will any funds originate outside The Bahamas? ☐ Yes ☐ No</w:t>
              <w:br/>
              <w:t>Country, bank and amount: _________________________________________</w:t>
            </w:r>
          </w:p>
        </w:tc>
      </w:tr>
      <w:tr>
        <w:trPr>
          <w:cantSplit/>
        </w:trPr>
        <w:tc>
          <w:tcPr>
            <w:tcW w:type="dxa" w:w="3024"/>
            <w:vAlign w:val="center"/>
            <w:tcMar>
              <w:top w:w="80" w:type="dxa"/>
              <w:start w:w="110" w:type="dxa"/>
              <w:bottom w:w="80" w:type="dxa"/>
              <w:end w:w="110" w:type="dxa"/>
            </w:tcMar>
            <w:shd w:fill="F3F5F7"/>
          </w:tcPr>
          <w:p>
            <w:pPr>
              <w:spacing w:after="0" w:line="240" w:lineRule="auto"/>
            </w:pPr>
            <w:r/>
            <w:r>
              <w:rPr>
                <w:rFonts w:ascii="Arial" w:hAnsi="Arial"/>
                <w:b/>
                <w:color w:val="12324A"/>
                <w:sz w:val="17"/>
              </w:rPr>
              <w:t>Complex / high-risk factors</w:t>
            </w:r>
          </w:p>
        </w:tc>
        <w:tc>
          <w:tcPr>
            <w:tcW w:type="dxa" w:w="6768"/>
            <w:vAlign w:val="center"/>
            <w:tcMar>
              <w:top w:w="80" w:type="dxa"/>
              <w:start w:w="110" w:type="dxa"/>
              <w:bottom w:w="80" w:type="dxa"/>
              <w:end w:w="110" w:type="dxa"/>
            </w:tcMar>
          </w:tcPr>
          <w:p>
            <w:pPr>
              <w:spacing w:after="0" w:line="240" w:lineRule="auto"/>
            </w:pPr>
            <w:r/>
            <w:r>
              <w:rPr>
                <w:rFonts w:ascii="Arial" w:hAnsi="Arial"/>
                <w:b w:val="0"/>
                <w:color w:val="12324A"/>
                <w:sz w:val="17"/>
              </w:rPr>
              <w:t>Any sanctions concern, high-risk jurisdiction, nominee, crypto-derived funds or unusual ownership arrangement? ☐ Yes ☐ No</w:t>
              <w:br/>
              <w:t>If yes, explain: __________________________________________________</w:t>
            </w:r>
          </w:p>
        </w:tc>
      </w:tr>
    </w:tbl>
    <w:p>
      <w:pPr>
        <w:spacing w:after="20"/>
      </w:pPr>
    </w:p>
    <w:p>
      <w:pPr>
        <w:keepNext/>
        <w:spacing w:before="160" w:after="80"/>
        <w:shd w:fill="12324A"/>
      </w:pPr>
      <w:r>
        <w:rPr>
          <w:rFonts w:ascii="Arial" w:hAnsi="Arial"/>
          <w:b/>
          <w:color w:val="FFFFFF"/>
          <w:sz w:val="22"/>
        </w:rPr>
        <w:t>7.  FINANCIAL QUALIFICATION AND PURCHASE READINESS</w:t>
      </w:r>
    </w:p>
    <w:tbl>
      <w:tblPr>
        <w:tblW w:type="auto" w:w="0"/>
        <w:jc w:val="center"/>
        <w:tblLayout w:type="fixed"/>
        <w:tblLook w:firstColumn="1" w:firstRow="1" w:lastColumn="0" w:lastRow="0" w:noHBand="0" w:noVBand="1" w:val="04A0"/>
      </w:tblPr>
      <w:tblGrid>
        <w:gridCol w:w="5083"/>
        <w:gridCol w:w="5083"/>
      </w:tblGrid>
      <w:tr>
        <w:trPr>
          <w:cantSplit/>
        </w:trPr>
        <w:tc>
          <w:tcPr>
            <w:tcW w:type="dxa" w:w="3024"/>
            <w:vAlign w:val="center"/>
            <w:tcMar>
              <w:top w:w="80" w:type="dxa"/>
              <w:start w:w="110" w:type="dxa"/>
              <w:bottom w:w="80" w:type="dxa"/>
              <w:end w:w="110" w:type="dxa"/>
            </w:tcMar>
            <w:shd w:fill="F3F5F7"/>
          </w:tcPr>
          <w:p>
            <w:pPr>
              <w:spacing w:after="0" w:line="240" w:lineRule="auto"/>
            </w:pPr>
            <w:r/>
            <w:r>
              <w:rPr>
                <w:rFonts w:ascii="Arial" w:hAnsi="Arial"/>
                <w:b/>
                <w:color w:val="12324A"/>
                <w:sz w:val="17"/>
              </w:rPr>
              <w:t>Purchase method</w:t>
            </w:r>
          </w:p>
        </w:tc>
        <w:tc>
          <w:tcPr>
            <w:tcW w:type="dxa" w:w="6768"/>
            <w:vAlign w:val="center"/>
            <w:tcMar>
              <w:top w:w="80" w:type="dxa"/>
              <w:start w:w="110" w:type="dxa"/>
              <w:bottom w:w="80" w:type="dxa"/>
              <w:end w:w="110" w:type="dxa"/>
            </w:tcMar>
          </w:tcPr>
          <w:p>
            <w:pPr>
              <w:spacing w:after="0" w:line="240" w:lineRule="auto"/>
            </w:pPr>
            <w:r/>
            <w:r>
              <w:rPr>
                <w:rFonts w:ascii="Arial" w:hAnsi="Arial"/>
                <w:b w:val="0"/>
                <w:color w:val="12324A"/>
                <w:sz w:val="17"/>
              </w:rPr>
              <w:t>☐ Cash  ☐ Bank mortgage  ☐ Commercial loan  ☐ Vendor financing</w:t>
              <w:br/>
              <w:t>☐ Equity partner  ☐ Combination  ☐ Other: ________________________</w:t>
            </w:r>
          </w:p>
        </w:tc>
      </w:tr>
      <w:tr>
        <w:trPr>
          <w:cantSplit/>
        </w:trPr>
        <w:tc>
          <w:tcPr>
            <w:tcW w:type="dxa" w:w="3024"/>
            <w:vAlign w:val="center"/>
            <w:tcMar>
              <w:top w:w="80" w:type="dxa"/>
              <w:start w:w="110" w:type="dxa"/>
              <w:bottom w:w="80" w:type="dxa"/>
              <w:end w:w="110" w:type="dxa"/>
            </w:tcMar>
            <w:shd w:fill="F3F5F7"/>
          </w:tcPr>
          <w:p>
            <w:pPr>
              <w:spacing w:after="0" w:line="240" w:lineRule="auto"/>
            </w:pPr>
            <w:r/>
            <w:r>
              <w:rPr>
                <w:rFonts w:ascii="Arial" w:hAnsi="Arial"/>
                <w:b/>
                <w:color w:val="12324A"/>
                <w:sz w:val="17"/>
              </w:rPr>
              <w:t>Prequalification status</w:t>
            </w:r>
          </w:p>
        </w:tc>
        <w:tc>
          <w:tcPr>
            <w:tcW w:type="dxa" w:w="6768"/>
            <w:vAlign w:val="center"/>
            <w:tcMar>
              <w:top w:w="80" w:type="dxa"/>
              <w:start w:w="110" w:type="dxa"/>
              <w:bottom w:w="80" w:type="dxa"/>
              <w:end w:w="110" w:type="dxa"/>
            </w:tcMar>
          </w:tcPr>
          <w:p>
            <w:pPr>
              <w:spacing w:after="0" w:line="240" w:lineRule="auto"/>
            </w:pPr>
            <w:r/>
            <w:r>
              <w:rPr>
                <w:rFonts w:ascii="Arial" w:hAnsi="Arial"/>
                <w:b w:val="0"/>
                <w:color w:val="12324A"/>
                <w:sz w:val="17"/>
              </w:rPr>
              <w:t>☐ Prequalified  ☐ Application submitted  ☐ Not yet applied</w:t>
              <w:br/>
              <w:t>☐ Cash purchase — proof of funds attached</w:t>
            </w:r>
          </w:p>
        </w:tc>
      </w:tr>
      <w:tr>
        <w:trPr>
          <w:cantSplit/>
        </w:trPr>
        <w:tc>
          <w:tcPr>
            <w:tcW w:type="dxa" w:w="3024"/>
            <w:vAlign w:val="center"/>
            <w:tcMar>
              <w:top w:w="80" w:type="dxa"/>
              <w:start w:w="110" w:type="dxa"/>
              <w:bottom w:w="80" w:type="dxa"/>
              <w:end w:w="110" w:type="dxa"/>
            </w:tcMar>
            <w:shd w:fill="F3F5F7"/>
          </w:tcPr>
          <w:p>
            <w:pPr>
              <w:spacing w:after="0" w:line="240" w:lineRule="auto"/>
            </w:pPr>
            <w:r/>
            <w:r>
              <w:rPr>
                <w:rFonts w:ascii="Arial" w:hAnsi="Arial"/>
                <w:b/>
                <w:color w:val="12324A"/>
                <w:sz w:val="17"/>
              </w:rPr>
              <w:t>Lender / mortgage officer</w:t>
            </w:r>
          </w:p>
        </w:tc>
        <w:tc>
          <w:tcPr>
            <w:tcW w:type="dxa" w:w="6768"/>
            <w:vAlign w:val="center"/>
            <w:tcMar>
              <w:top w:w="80" w:type="dxa"/>
              <w:start w:w="110" w:type="dxa"/>
              <w:bottom w:w="80" w:type="dxa"/>
              <w:end w:w="110" w:type="dxa"/>
            </w:tcMar>
          </w:tcPr>
          <w:p>
            <w:pPr>
              <w:spacing w:after="0" w:line="240" w:lineRule="auto"/>
            </w:pPr>
            <w:r/>
            <w:r>
              <w:rPr>
                <w:rFonts w:ascii="Arial" w:hAnsi="Arial"/>
                <w:b w:val="0"/>
                <w:color w:val="12324A"/>
                <w:sz w:val="17"/>
              </w:rPr>
              <w:t>Institution: ________________________  Officer: _____________________</w:t>
              <w:br/>
              <w:t>Telephone: __________________  Email: _____________________________</w:t>
            </w:r>
          </w:p>
        </w:tc>
      </w:tr>
      <w:tr>
        <w:trPr>
          <w:cantSplit/>
        </w:trPr>
        <w:tc>
          <w:tcPr>
            <w:tcW w:type="dxa" w:w="3024"/>
            <w:vAlign w:val="center"/>
            <w:tcMar>
              <w:top w:w="80" w:type="dxa"/>
              <w:start w:w="110" w:type="dxa"/>
              <w:bottom w:w="80" w:type="dxa"/>
              <w:end w:w="110" w:type="dxa"/>
            </w:tcMar>
            <w:shd w:fill="F3F5F7"/>
          </w:tcPr>
          <w:p>
            <w:pPr>
              <w:spacing w:after="0" w:line="240" w:lineRule="auto"/>
            </w:pPr>
            <w:r/>
            <w:r>
              <w:rPr>
                <w:rFonts w:ascii="Arial" w:hAnsi="Arial"/>
                <w:b/>
                <w:color w:val="12324A"/>
                <w:sz w:val="17"/>
              </w:rPr>
              <w:t>Approved / target loan</w:t>
            </w:r>
          </w:p>
        </w:tc>
        <w:tc>
          <w:tcPr>
            <w:tcW w:type="dxa" w:w="6768"/>
            <w:vAlign w:val="center"/>
            <w:tcMar>
              <w:top w:w="80" w:type="dxa"/>
              <w:start w:w="110" w:type="dxa"/>
              <w:bottom w:w="80" w:type="dxa"/>
              <w:end w:w="110" w:type="dxa"/>
            </w:tcMar>
          </w:tcPr>
          <w:p>
            <w:pPr>
              <w:spacing w:after="0" w:line="240" w:lineRule="auto"/>
            </w:pPr>
            <w:r/>
            <w:r>
              <w:rPr>
                <w:rFonts w:ascii="Arial" w:hAnsi="Arial"/>
                <w:b w:val="0"/>
                <w:color w:val="12324A"/>
                <w:sz w:val="17"/>
              </w:rPr>
              <w:t>B$________________  Interest rate: _______%  Term: ______ years</w:t>
            </w:r>
          </w:p>
        </w:tc>
      </w:tr>
      <w:tr>
        <w:trPr>
          <w:cantSplit/>
        </w:trPr>
        <w:tc>
          <w:tcPr>
            <w:tcW w:type="dxa" w:w="3024"/>
            <w:vAlign w:val="center"/>
            <w:tcMar>
              <w:top w:w="80" w:type="dxa"/>
              <w:start w:w="110" w:type="dxa"/>
              <w:bottom w:w="80" w:type="dxa"/>
              <w:end w:w="110" w:type="dxa"/>
            </w:tcMar>
            <w:shd w:fill="F3F5F7"/>
          </w:tcPr>
          <w:p>
            <w:pPr>
              <w:spacing w:after="0" w:line="240" w:lineRule="auto"/>
            </w:pPr>
            <w:r/>
            <w:r>
              <w:rPr>
                <w:rFonts w:ascii="Arial" w:hAnsi="Arial"/>
                <w:b/>
                <w:color w:val="12324A"/>
                <w:sz w:val="17"/>
              </w:rPr>
              <w:t>Maximum approved price</w:t>
            </w:r>
          </w:p>
        </w:tc>
        <w:tc>
          <w:tcPr>
            <w:tcW w:type="dxa" w:w="6768"/>
            <w:vAlign w:val="center"/>
            <w:tcMar>
              <w:top w:w="80" w:type="dxa"/>
              <w:start w:w="110" w:type="dxa"/>
              <w:bottom w:w="80" w:type="dxa"/>
              <w:end w:w="110" w:type="dxa"/>
            </w:tcMar>
          </w:tcPr>
          <w:p>
            <w:pPr>
              <w:spacing w:after="0" w:line="240" w:lineRule="auto"/>
            </w:pPr>
            <w:r/>
            <w:r>
              <w:rPr>
                <w:rFonts w:ascii="Arial" w:hAnsi="Arial"/>
                <w:b w:val="0"/>
                <w:color w:val="12324A"/>
                <w:sz w:val="17"/>
              </w:rPr>
              <w:t>B$____________________________</w:t>
            </w:r>
          </w:p>
        </w:tc>
      </w:tr>
      <w:tr>
        <w:trPr>
          <w:cantSplit/>
        </w:trPr>
        <w:tc>
          <w:tcPr>
            <w:tcW w:type="dxa" w:w="3024"/>
            <w:vAlign w:val="center"/>
            <w:tcMar>
              <w:top w:w="80" w:type="dxa"/>
              <w:start w:w="110" w:type="dxa"/>
              <w:bottom w:w="80" w:type="dxa"/>
              <w:end w:w="110" w:type="dxa"/>
            </w:tcMar>
            <w:shd w:fill="F3F5F7"/>
          </w:tcPr>
          <w:p>
            <w:pPr>
              <w:spacing w:after="0" w:line="240" w:lineRule="auto"/>
            </w:pPr>
            <w:r/>
            <w:r>
              <w:rPr>
                <w:rFonts w:ascii="Arial" w:hAnsi="Arial"/>
                <w:b/>
                <w:color w:val="12324A"/>
                <w:sz w:val="17"/>
              </w:rPr>
              <w:t>Prequalification expiry</w:t>
            </w:r>
          </w:p>
        </w:tc>
        <w:tc>
          <w:tcPr>
            <w:tcW w:type="dxa" w:w="6768"/>
            <w:vAlign w:val="center"/>
            <w:tcMar>
              <w:top w:w="80" w:type="dxa"/>
              <w:start w:w="110" w:type="dxa"/>
              <w:bottom w:w="80" w:type="dxa"/>
              <w:end w:w="110" w:type="dxa"/>
            </w:tcMar>
          </w:tcPr>
          <w:p>
            <w:pPr>
              <w:spacing w:after="0" w:line="240" w:lineRule="auto"/>
            </w:pPr>
            <w:r/>
            <w:r>
              <w:rPr>
                <w:rFonts w:ascii="Arial" w:hAnsi="Arial"/>
                <w:b w:val="0"/>
                <w:color w:val="12324A"/>
                <w:sz w:val="17"/>
              </w:rPr>
              <w:t>____ / ____ / ________</w:t>
            </w:r>
          </w:p>
        </w:tc>
      </w:tr>
      <w:tr>
        <w:trPr>
          <w:cantSplit/>
        </w:trPr>
        <w:tc>
          <w:tcPr>
            <w:tcW w:type="dxa" w:w="3024"/>
            <w:vAlign w:val="center"/>
            <w:tcMar>
              <w:top w:w="80" w:type="dxa"/>
              <w:start w:w="110" w:type="dxa"/>
              <w:bottom w:w="80" w:type="dxa"/>
              <w:end w:w="110" w:type="dxa"/>
            </w:tcMar>
            <w:shd w:fill="F3F5F7"/>
          </w:tcPr>
          <w:p>
            <w:pPr>
              <w:spacing w:after="0" w:line="240" w:lineRule="auto"/>
            </w:pPr>
            <w:r/>
            <w:r>
              <w:rPr>
                <w:rFonts w:ascii="Arial" w:hAnsi="Arial"/>
                <w:b/>
                <w:color w:val="12324A"/>
                <w:sz w:val="17"/>
              </w:rPr>
              <w:t>Deposit available</w:t>
            </w:r>
          </w:p>
        </w:tc>
        <w:tc>
          <w:tcPr>
            <w:tcW w:type="dxa" w:w="6768"/>
            <w:vAlign w:val="center"/>
            <w:tcMar>
              <w:top w:w="80" w:type="dxa"/>
              <w:start w:w="110" w:type="dxa"/>
              <w:bottom w:w="80" w:type="dxa"/>
              <w:end w:w="110" w:type="dxa"/>
            </w:tcMar>
          </w:tcPr>
          <w:p>
            <w:pPr>
              <w:spacing w:after="0" w:line="240" w:lineRule="auto"/>
            </w:pPr>
            <w:r/>
            <w:r>
              <w:rPr>
                <w:rFonts w:ascii="Arial" w:hAnsi="Arial"/>
                <w:b w:val="0"/>
                <w:color w:val="12324A"/>
                <w:sz w:val="17"/>
              </w:rPr>
              <w:t>B$________________  Available by: ____/____/______</w:t>
            </w:r>
          </w:p>
        </w:tc>
      </w:tr>
      <w:tr>
        <w:trPr>
          <w:cantSplit/>
        </w:trPr>
        <w:tc>
          <w:tcPr>
            <w:tcW w:type="dxa" w:w="3024"/>
            <w:vAlign w:val="center"/>
            <w:tcMar>
              <w:top w:w="80" w:type="dxa"/>
              <w:start w:w="110" w:type="dxa"/>
              <w:bottom w:w="80" w:type="dxa"/>
              <w:end w:w="110" w:type="dxa"/>
            </w:tcMar>
            <w:shd w:fill="F3F5F7"/>
          </w:tcPr>
          <w:p>
            <w:pPr>
              <w:spacing w:after="0" w:line="240" w:lineRule="auto"/>
            </w:pPr>
            <w:r/>
            <w:r>
              <w:rPr>
                <w:rFonts w:ascii="Arial" w:hAnsi="Arial"/>
                <w:b/>
                <w:color w:val="12324A"/>
                <w:sz w:val="17"/>
              </w:rPr>
              <w:t>Closing-cost reserve</w:t>
            </w:r>
          </w:p>
        </w:tc>
        <w:tc>
          <w:tcPr>
            <w:tcW w:type="dxa" w:w="6768"/>
            <w:vAlign w:val="center"/>
            <w:tcMar>
              <w:top w:w="80" w:type="dxa"/>
              <w:start w:w="110" w:type="dxa"/>
              <w:bottom w:w="80" w:type="dxa"/>
              <w:end w:w="110" w:type="dxa"/>
            </w:tcMar>
          </w:tcPr>
          <w:p>
            <w:pPr>
              <w:spacing w:after="0" w:line="240" w:lineRule="auto"/>
            </w:pPr>
            <w:r/>
            <w:r>
              <w:rPr>
                <w:rFonts w:ascii="Arial" w:hAnsi="Arial"/>
                <w:b w:val="0"/>
                <w:color w:val="12324A"/>
                <w:sz w:val="17"/>
              </w:rPr>
              <w:t>B$________________  ☐ Verified  ☐ To be accumulated</w:t>
            </w:r>
          </w:p>
        </w:tc>
      </w:tr>
      <w:tr>
        <w:trPr>
          <w:cantSplit/>
        </w:trPr>
        <w:tc>
          <w:tcPr>
            <w:tcW w:type="dxa" w:w="3024"/>
            <w:vAlign w:val="center"/>
            <w:tcMar>
              <w:top w:w="80" w:type="dxa"/>
              <w:start w:w="110" w:type="dxa"/>
              <w:bottom w:w="80" w:type="dxa"/>
              <w:end w:w="110" w:type="dxa"/>
            </w:tcMar>
            <w:shd w:fill="F3F5F7"/>
          </w:tcPr>
          <w:p>
            <w:pPr>
              <w:spacing w:after="0" w:line="240" w:lineRule="auto"/>
            </w:pPr>
            <w:r/>
            <w:r>
              <w:rPr>
                <w:rFonts w:ascii="Arial" w:hAnsi="Arial"/>
                <w:b/>
                <w:color w:val="12324A"/>
                <w:sz w:val="17"/>
              </w:rPr>
              <w:t>Existing property to sell</w:t>
            </w:r>
          </w:p>
        </w:tc>
        <w:tc>
          <w:tcPr>
            <w:tcW w:type="dxa" w:w="6768"/>
            <w:vAlign w:val="center"/>
            <w:tcMar>
              <w:top w:w="80" w:type="dxa"/>
              <w:start w:w="110" w:type="dxa"/>
              <w:bottom w:w="80" w:type="dxa"/>
              <w:end w:w="110" w:type="dxa"/>
            </w:tcMar>
          </w:tcPr>
          <w:p>
            <w:pPr>
              <w:spacing w:after="0" w:line="240" w:lineRule="auto"/>
            </w:pPr>
            <w:r/>
            <w:r>
              <w:rPr>
                <w:rFonts w:ascii="Arial" w:hAnsi="Arial"/>
                <w:b w:val="0"/>
                <w:color w:val="12324A"/>
                <w:sz w:val="17"/>
              </w:rPr>
              <w:t>☐ No  ☐ Yes — Address: ________________________________________</w:t>
              <w:br/>
              <w:t>Status: ☐ Not listed ☐ Listed ☐ Under contract ☐ Closed</w:t>
            </w:r>
          </w:p>
        </w:tc>
      </w:tr>
      <w:tr>
        <w:trPr>
          <w:cantSplit/>
        </w:trPr>
        <w:tc>
          <w:tcPr>
            <w:tcW w:type="dxa" w:w="3024"/>
            <w:vAlign w:val="center"/>
            <w:tcMar>
              <w:top w:w="80" w:type="dxa"/>
              <w:start w:w="110" w:type="dxa"/>
              <w:bottom w:w="80" w:type="dxa"/>
              <w:end w:w="110" w:type="dxa"/>
            </w:tcMar>
            <w:shd w:fill="F3F5F7"/>
          </w:tcPr>
          <w:p>
            <w:pPr>
              <w:spacing w:after="0" w:line="240" w:lineRule="auto"/>
            </w:pPr>
            <w:r/>
            <w:r>
              <w:rPr>
                <w:rFonts w:ascii="Arial" w:hAnsi="Arial"/>
                <w:b/>
                <w:color w:val="12324A"/>
                <w:sz w:val="17"/>
              </w:rPr>
              <w:t>Credit / financing concerns</w:t>
            </w:r>
          </w:p>
        </w:tc>
        <w:tc>
          <w:tcPr>
            <w:tcW w:type="dxa" w:w="6768"/>
            <w:vAlign w:val="center"/>
            <w:tcMar>
              <w:top w:w="80" w:type="dxa"/>
              <w:start w:w="110" w:type="dxa"/>
              <w:bottom w:w="80" w:type="dxa"/>
              <w:end w:w="110" w:type="dxa"/>
            </w:tcMar>
          </w:tcPr>
          <w:p>
            <w:pPr>
              <w:spacing w:after="0" w:line="240" w:lineRule="auto"/>
            </w:pPr>
            <w:r/>
            <w:r>
              <w:rPr>
                <w:rFonts w:ascii="Arial" w:hAnsi="Arial"/>
                <w:b w:val="0"/>
                <w:color w:val="12324A"/>
                <w:sz w:val="17"/>
              </w:rPr>
              <w:t>Any known condition that may delay approval or closing? ☐ Yes ☐ No</w:t>
              <w:br/>
              <w:t>Details: _________________________________________________________</w:t>
            </w:r>
          </w:p>
        </w:tc>
      </w:tr>
      <w:tr>
        <w:trPr>
          <w:cantSplit/>
        </w:trPr>
        <w:tc>
          <w:tcPr>
            <w:tcW w:type="dxa" w:w="3024"/>
            <w:vAlign w:val="center"/>
            <w:tcMar>
              <w:top w:w="80" w:type="dxa"/>
              <w:start w:w="110" w:type="dxa"/>
              <w:bottom w:w="80" w:type="dxa"/>
              <w:end w:w="110" w:type="dxa"/>
            </w:tcMar>
            <w:shd w:fill="F3F5F7"/>
          </w:tcPr>
          <w:p>
            <w:pPr>
              <w:spacing w:after="0" w:line="240" w:lineRule="auto"/>
            </w:pPr>
            <w:r/>
            <w:r>
              <w:rPr>
                <w:rFonts w:ascii="Arial" w:hAnsi="Arial"/>
                <w:b/>
                <w:color w:val="12324A"/>
                <w:sz w:val="17"/>
              </w:rPr>
              <w:t>Proof attached</w:t>
            </w:r>
          </w:p>
        </w:tc>
        <w:tc>
          <w:tcPr>
            <w:tcW w:type="dxa" w:w="6768"/>
            <w:vAlign w:val="center"/>
            <w:tcMar>
              <w:top w:w="80" w:type="dxa"/>
              <w:start w:w="110" w:type="dxa"/>
              <w:bottom w:w="80" w:type="dxa"/>
              <w:end w:w="110" w:type="dxa"/>
            </w:tcMar>
          </w:tcPr>
          <w:p>
            <w:pPr>
              <w:spacing w:after="0" w:line="240" w:lineRule="auto"/>
            </w:pPr>
            <w:r/>
            <w:r>
              <w:rPr>
                <w:rFonts w:ascii="Arial" w:hAnsi="Arial"/>
                <w:b w:val="0"/>
                <w:color w:val="12324A"/>
                <w:sz w:val="17"/>
              </w:rPr>
              <w:t>☐ Certified prequalification letter  ☐ Proof of cash/funds</w:t>
              <w:br/>
              <w:t>☐ Bank statement / investment statement  ☐ Gift letter  ☐ Other ______</w:t>
            </w:r>
          </w:p>
        </w:tc>
      </w:tr>
    </w:tbl>
    <w:p>
      <w:pPr>
        <w:spacing w:after="20"/>
      </w:pPr>
    </w:p>
    <w:p>
      <w:pPr>
        <w:spacing w:after="100"/>
      </w:pPr>
      <w:r>
        <w:rPr>
          <w:i/>
          <w:color w:val="5E6872"/>
          <w:sz w:val="17"/>
        </w:rPr>
        <w:t>A government-issued identification and satisfactory proof of financing or funds may be required before confirming certain showings or submitting an offer. SeaStone Homes Bahamas Ltd. does not make lending decisions or guarantee financing.</w:t>
      </w:r>
    </w:p>
    <w:p>
      <w:pPr>
        <w:keepNext/>
        <w:spacing w:before="160" w:after="80"/>
        <w:shd w:fill="12324A"/>
      </w:pPr>
      <w:r>
        <w:rPr>
          <w:rFonts w:ascii="Arial" w:hAnsi="Arial"/>
          <w:b/>
          <w:color w:val="FFFFFF"/>
          <w:sz w:val="22"/>
        </w:rPr>
        <w:t>8.  PROPERTY ACQUISITION CRITERIA</w:t>
      </w:r>
    </w:p>
    <w:tbl>
      <w:tblPr>
        <w:tblW w:type="auto" w:w="0"/>
        <w:jc w:val="center"/>
        <w:tblLayout w:type="fixed"/>
        <w:tblLook w:firstColumn="1" w:firstRow="1" w:lastColumn="0" w:lastRow="0" w:noHBand="0" w:noVBand="1" w:val="04A0"/>
      </w:tblPr>
      <w:tblGrid>
        <w:gridCol w:w="5083"/>
        <w:gridCol w:w="5083"/>
      </w:tblGrid>
      <w:tr>
        <w:trPr>
          <w:cantSplit/>
        </w:trPr>
        <w:tc>
          <w:tcPr>
            <w:tcW w:type="dxa" w:w="3024"/>
            <w:vAlign w:val="center"/>
            <w:tcMar>
              <w:top w:w="80" w:type="dxa"/>
              <w:start w:w="110" w:type="dxa"/>
              <w:bottom w:w="80" w:type="dxa"/>
              <w:end w:w="110" w:type="dxa"/>
            </w:tcMar>
            <w:shd w:fill="F3F5F7"/>
          </w:tcPr>
          <w:p>
            <w:pPr>
              <w:spacing w:after="0" w:line="240" w:lineRule="auto"/>
            </w:pPr>
            <w:r/>
            <w:r>
              <w:rPr>
                <w:rFonts w:ascii="Arial" w:hAnsi="Arial"/>
                <w:b/>
                <w:color w:val="12324A"/>
                <w:sz w:val="17"/>
              </w:rPr>
              <w:t>Preferred property type</w:t>
            </w:r>
          </w:p>
        </w:tc>
        <w:tc>
          <w:tcPr>
            <w:tcW w:type="dxa" w:w="6768"/>
            <w:vAlign w:val="center"/>
            <w:tcMar>
              <w:top w:w="80" w:type="dxa"/>
              <w:start w:w="110" w:type="dxa"/>
              <w:bottom w:w="80" w:type="dxa"/>
              <w:end w:w="110" w:type="dxa"/>
            </w:tcMar>
          </w:tcPr>
          <w:p>
            <w:pPr>
              <w:spacing w:after="0" w:line="240" w:lineRule="auto"/>
            </w:pPr>
            <w:r/>
            <w:r>
              <w:rPr>
                <w:rFonts w:ascii="Arial" w:hAnsi="Arial"/>
                <w:b w:val="0"/>
                <w:color w:val="12324A"/>
                <w:sz w:val="17"/>
              </w:rPr>
              <w:t>☐ Vacant land  ☐ Single-family  ☐ Condominium  ☐ Townhouse</w:t>
              <w:br/>
              <w:t>☐ Duplex/Triplex  ☐ Multi-family  ☐ Commercial  ☐ Mixed-use</w:t>
              <w:br/>
              <w:t>☐ Hotel/Hospitality  ☐ Industrial/Warehouse  ☐ Other: _____________</w:t>
            </w:r>
          </w:p>
        </w:tc>
      </w:tr>
      <w:tr>
        <w:trPr>
          <w:cantSplit/>
        </w:trPr>
        <w:tc>
          <w:tcPr>
            <w:tcW w:type="dxa" w:w="3024"/>
            <w:vAlign w:val="center"/>
            <w:tcMar>
              <w:top w:w="80" w:type="dxa"/>
              <w:start w:w="110" w:type="dxa"/>
              <w:bottom w:w="80" w:type="dxa"/>
              <w:end w:w="110" w:type="dxa"/>
            </w:tcMar>
            <w:shd w:fill="F3F5F7"/>
          </w:tcPr>
          <w:p>
            <w:pPr>
              <w:spacing w:after="0" w:line="240" w:lineRule="auto"/>
            </w:pPr>
            <w:r/>
            <w:r>
              <w:rPr>
                <w:rFonts w:ascii="Arial" w:hAnsi="Arial"/>
                <w:b/>
                <w:color w:val="12324A"/>
                <w:sz w:val="17"/>
              </w:rPr>
              <w:t>Preferred island / areas</w:t>
            </w:r>
          </w:p>
        </w:tc>
        <w:tc>
          <w:tcPr>
            <w:tcW w:type="dxa" w:w="6768"/>
            <w:vAlign w:val="center"/>
            <w:tcMar>
              <w:top w:w="80" w:type="dxa"/>
              <w:start w:w="110" w:type="dxa"/>
              <w:bottom w:w="80" w:type="dxa"/>
              <w:end w:w="110" w:type="dxa"/>
            </w:tcMar>
          </w:tcPr>
          <w:p>
            <w:pPr>
              <w:spacing w:after="0" w:line="240" w:lineRule="auto"/>
            </w:pPr>
            <w:r/>
            <w:r>
              <w:rPr>
                <w:rFonts w:ascii="Arial" w:hAnsi="Arial"/>
                <w:b w:val="0"/>
                <w:color w:val="12324A"/>
                <w:sz w:val="17"/>
              </w:rPr>
              <w:t>1. ____________________  2. ____________________  3. ____________________</w:t>
            </w:r>
          </w:p>
        </w:tc>
      </w:tr>
      <w:tr>
        <w:trPr>
          <w:cantSplit/>
        </w:trPr>
        <w:tc>
          <w:tcPr>
            <w:tcW w:type="dxa" w:w="3024"/>
            <w:vAlign w:val="center"/>
            <w:tcMar>
              <w:top w:w="80" w:type="dxa"/>
              <w:start w:w="110" w:type="dxa"/>
              <w:bottom w:w="80" w:type="dxa"/>
              <w:end w:w="110" w:type="dxa"/>
            </w:tcMar>
            <w:shd w:fill="F3F5F7"/>
          </w:tcPr>
          <w:p>
            <w:pPr>
              <w:spacing w:after="0" w:line="240" w:lineRule="auto"/>
            </w:pPr>
            <w:r/>
            <w:r>
              <w:rPr>
                <w:rFonts w:ascii="Arial" w:hAnsi="Arial"/>
                <w:b/>
                <w:color w:val="12324A"/>
                <w:sz w:val="17"/>
              </w:rPr>
              <w:t>Price range</w:t>
            </w:r>
          </w:p>
        </w:tc>
        <w:tc>
          <w:tcPr>
            <w:tcW w:type="dxa" w:w="6768"/>
            <w:vAlign w:val="center"/>
            <w:tcMar>
              <w:top w:w="80" w:type="dxa"/>
              <w:start w:w="110" w:type="dxa"/>
              <w:bottom w:w="80" w:type="dxa"/>
              <w:end w:w="110" w:type="dxa"/>
            </w:tcMar>
          </w:tcPr>
          <w:p>
            <w:pPr>
              <w:spacing w:after="0" w:line="240" w:lineRule="auto"/>
            </w:pPr>
            <w:r/>
            <w:r>
              <w:rPr>
                <w:rFonts w:ascii="Arial" w:hAnsi="Arial"/>
                <w:b w:val="0"/>
                <w:color w:val="12324A"/>
                <w:sz w:val="17"/>
              </w:rPr>
              <w:t>Minimum B$________________  Maximum B$________________</w:t>
            </w:r>
          </w:p>
        </w:tc>
      </w:tr>
      <w:tr>
        <w:trPr>
          <w:cantSplit/>
        </w:trPr>
        <w:tc>
          <w:tcPr>
            <w:tcW w:type="dxa" w:w="3024"/>
            <w:vAlign w:val="center"/>
            <w:tcMar>
              <w:top w:w="80" w:type="dxa"/>
              <w:start w:w="110" w:type="dxa"/>
              <w:bottom w:w="80" w:type="dxa"/>
              <w:end w:w="110" w:type="dxa"/>
            </w:tcMar>
            <w:shd w:fill="F3F5F7"/>
          </w:tcPr>
          <w:p>
            <w:pPr>
              <w:spacing w:after="0" w:line="240" w:lineRule="auto"/>
            </w:pPr>
            <w:r/>
            <w:r>
              <w:rPr>
                <w:rFonts w:ascii="Arial" w:hAnsi="Arial"/>
                <w:b/>
                <w:color w:val="12324A"/>
                <w:sz w:val="17"/>
              </w:rPr>
              <w:t>Bedrooms / bathrooms</w:t>
            </w:r>
          </w:p>
        </w:tc>
        <w:tc>
          <w:tcPr>
            <w:tcW w:type="dxa" w:w="6768"/>
            <w:vAlign w:val="center"/>
            <w:tcMar>
              <w:top w:w="80" w:type="dxa"/>
              <w:start w:w="110" w:type="dxa"/>
              <w:bottom w:w="80" w:type="dxa"/>
              <w:end w:w="110" w:type="dxa"/>
            </w:tcMar>
          </w:tcPr>
          <w:p>
            <w:pPr>
              <w:spacing w:after="0" w:line="240" w:lineRule="auto"/>
            </w:pPr>
            <w:r/>
            <w:r>
              <w:rPr>
                <w:rFonts w:ascii="Arial" w:hAnsi="Arial"/>
                <w:b w:val="0"/>
                <w:color w:val="12324A"/>
                <w:sz w:val="17"/>
              </w:rPr>
              <w:t>Minimum bedrooms: ______  Minimum bathrooms: ______</w:t>
            </w:r>
          </w:p>
        </w:tc>
      </w:tr>
      <w:tr>
        <w:trPr>
          <w:cantSplit/>
        </w:trPr>
        <w:tc>
          <w:tcPr>
            <w:tcW w:type="dxa" w:w="3024"/>
            <w:vAlign w:val="center"/>
            <w:tcMar>
              <w:top w:w="80" w:type="dxa"/>
              <w:start w:w="110" w:type="dxa"/>
              <w:bottom w:w="80" w:type="dxa"/>
              <w:end w:w="110" w:type="dxa"/>
            </w:tcMar>
            <w:shd w:fill="F3F5F7"/>
          </w:tcPr>
          <w:p>
            <w:pPr>
              <w:spacing w:after="0" w:line="240" w:lineRule="auto"/>
            </w:pPr>
            <w:r/>
            <w:r>
              <w:rPr>
                <w:rFonts w:ascii="Arial" w:hAnsi="Arial"/>
                <w:b/>
                <w:color w:val="12324A"/>
                <w:sz w:val="17"/>
              </w:rPr>
              <w:t>Land / building size</w:t>
            </w:r>
          </w:p>
        </w:tc>
        <w:tc>
          <w:tcPr>
            <w:tcW w:type="dxa" w:w="6768"/>
            <w:vAlign w:val="center"/>
            <w:tcMar>
              <w:top w:w="80" w:type="dxa"/>
              <w:start w:w="110" w:type="dxa"/>
              <w:bottom w:w="80" w:type="dxa"/>
              <w:end w:w="110" w:type="dxa"/>
            </w:tcMar>
          </w:tcPr>
          <w:p>
            <w:pPr>
              <w:spacing w:after="0" w:line="240" w:lineRule="auto"/>
            </w:pPr>
            <w:r/>
            <w:r>
              <w:rPr>
                <w:rFonts w:ascii="Arial" w:hAnsi="Arial"/>
                <w:b w:val="0"/>
                <w:color w:val="12324A"/>
                <w:sz w:val="17"/>
              </w:rPr>
              <w:t>Land: ______________________  Building: ______________________ sq. ft.</w:t>
            </w:r>
          </w:p>
        </w:tc>
      </w:tr>
      <w:tr>
        <w:trPr>
          <w:cantSplit/>
        </w:trPr>
        <w:tc>
          <w:tcPr>
            <w:tcW w:type="dxa" w:w="3024"/>
            <w:vAlign w:val="center"/>
            <w:tcMar>
              <w:top w:w="80" w:type="dxa"/>
              <w:start w:w="110" w:type="dxa"/>
              <w:bottom w:w="80" w:type="dxa"/>
              <w:end w:w="110" w:type="dxa"/>
            </w:tcMar>
            <w:shd w:fill="F3F5F7"/>
          </w:tcPr>
          <w:p>
            <w:pPr>
              <w:spacing w:after="0" w:line="240" w:lineRule="auto"/>
            </w:pPr>
            <w:r/>
            <w:r>
              <w:rPr>
                <w:rFonts w:ascii="Arial" w:hAnsi="Arial"/>
                <w:b/>
                <w:color w:val="12324A"/>
                <w:sz w:val="17"/>
              </w:rPr>
              <w:t>Condition</w:t>
            </w:r>
          </w:p>
        </w:tc>
        <w:tc>
          <w:tcPr>
            <w:tcW w:type="dxa" w:w="6768"/>
            <w:vAlign w:val="center"/>
            <w:tcMar>
              <w:top w:w="80" w:type="dxa"/>
              <w:start w:w="110" w:type="dxa"/>
              <w:bottom w:w="80" w:type="dxa"/>
              <w:end w:w="110" w:type="dxa"/>
            </w:tcMar>
          </w:tcPr>
          <w:p>
            <w:pPr>
              <w:spacing w:after="0" w:line="240" w:lineRule="auto"/>
            </w:pPr>
            <w:r/>
            <w:r>
              <w:rPr>
                <w:rFonts w:ascii="Arial" w:hAnsi="Arial"/>
                <w:b w:val="0"/>
                <w:color w:val="12324A"/>
                <w:sz w:val="17"/>
              </w:rPr>
              <w:t>☐ Turnkey  ☐ Minor updating  ☐ Renovation opportunity  ☐ Development site</w:t>
            </w:r>
          </w:p>
        </w:tc>
      </w:tr>
      <w:tr>
        <w:trPr>
          <w:cantSplit/>
        </w:trPr>
        <w:tc>
          <w:tcPr>
            <w:tcW w:type="dxa" w:w="3024"/>
            <w:vAlign w:val="center"/>
            <w:tcMar>
              <w:top w:w="80" w:type="dxa"/>
              <w:start w:w="110" w:type="dxa"/>
              <w:bottom w:w="80" w:type="dxa"/>
              <w:end w:w="110" w:type="dxa"/>
            </w:tcMar>
            <w:shd w:fill="F3F5F7"/>
          </w:tcPr>
          <w:p>
            <w:pPr>
              <w:spacing w:after="0" w:line="240" w:lineRule="auto"/>
            </w:pPr>
            <w:r/>
            <w:r>
              <w:rPr>
                <w:rFonts w:ascii="Arial" w:hAnsi="Arial"/>
                <w:b/>
                <w:color w:val="12324A"/>
                <w:sz w:val="17"/>
              </w:rPr>
              <w:t>Occupancy / possession</w:t>
            </w:r>
          </w:p>
        </w:tc>
        <w:tc>
          <w:tcPr>
            <w:tcW w:type="dxa" w:w="6768"/>
            <w:vAlign w:val="center"/>
            <w:tcMar>
              <w:top w:w="80" w:type="dxa"/>
              <w:start w:w="110" w:type="dxa"/>
              <w:bottom w:w="80" w:type="dxa"/>
              <w:end w:w="110" w:type="dxa"/>
            </w:tcMar>
          </w:tcPr>
          <w:p>
            <w:pPr>
              <w:spacing w:after="0" w:line="240" w:lineRule="auto"/>
            </w:pPr>
            <w:r/>
            <w:r>
              <w:rPr>
                <w:rFonts w:ascii="Arial" w:hAnsi="Arial"/>
                <w:b w:val="0"/>
                <w:color w:val="12324A"/>
                <w:sz w:val="17"/>
              </w:rPr>
              <w:t>☐ Vacant possession  ☐ Tenanted acceptable  ☐ Either</w:t>
            </w:r>
          </w:p>
        </w:tc>
      </w:tr>
      <w:tr>
        <w:trPr>
          <w:cantSplit/>
        </w:trPr>
        <w:tc>
          <w:tcPr>
            <w:tcW w:type="dxa" w:w="3024"/>
            <w:vAlign w:val="center"/>
            <w:tcMar>
              <w:top w:w="80" w:type="dxa"/>
              <w:start w:w="110" w:type="dxa"/>
              <w:bottom w:w="80" w:type="dxa"/>
              <w:end w:w="110" w:type="dxa"/>
            </w:tcMar>
            <w:shd w:fill="F3F5F7"/>
          </w:tcPr>
          <w:p>
            <w:pPr>
              <w:spacing w:after="0" w:line="240" w:lineRule="auto"/>
            </w:pPr>
            <w:r/>
            <w:r>
              <w:rPr>
                <w:rFonts w:ascii="Arial" w:hAnsi="Arial"/>
                <w:b/>
                <w:color w:val="12324A"/>
                <w:sz w:val="17"/>
              </w:rPr>
              <w:t>Required features</w:t>
            </w:r>
          </w:p>
        </w:tc>
        <w:tc>
          <w:tcPr>
            <w:tcW w:type="dxa" w:w="6768"/>
            <w:vAlign w:val="center"/>
            <w:tcMar>
              <w:top w:w="80" w:type="dxa"/>
              <w:start w:w="110" w:type="dxa"/>
              <w:bottom w:w="80" w:type="dxa"/>
              <w:end w:w="110" w:type="dxa"/>
            </w:tcMar>
          </w:tcPr>
          <w:p>
            <w:pPr>
              <w:spacing w:after="0" w:line="240" w:lineRule="auto"/>
            </w:pPr>
            <w:r/>
            <w:r>
              <w:rPr>
                <w:rFonts w:ascii="Arial" w:hAnsi="Arial"/>
                <w:b w:val="0"/>
                <w:color w:val="12324A"/>
                <w:sz w:val="17"/>
              </w:rPr>
              <w:t>☐ Gated  ☐ Pool  ☐ Generator  ☐ Beach/water access  ☐ Garage</w:t>
              <w:br/>
              <w:t>☐ Income units  ☐ Commercial frontage  ☐ Parking: ______ spaces</w:t>
              <w:br/>
              <w:t>Other: __________________________________________________________</w:t>
            </w:r>
          </w:p>
        </w:tc>
      </w:tr>
      <w:tr>
        <w:trPr>
          <w:cantSplit/>
        </w:trPr>
        <w:tc>
          <w:tcPr>
            <w:tcW w:type="dxa" w:w="3024"/>
            <w:vAlign w:val="center"/>
            <w:tcMar>
              <w:top w:w="80" w:type="dxa"/>
              <w:start w:w="110" w:type="dxa"/>
              <w:bottom w:w="80" w:type="dxa"/>
              <w:end w:w="110" w:type="dxa"/>
            </w:tcMar>
            <w:shd w:fill="F3F5F7"/>
          </w:tcPr>
          <w:p>
            <w:pPr>
              <w:spacing w:after="0" w:line="240" w:lineRule="auto"/>
            </w:pPr>
            <w:r/>
            <w:r>
              <w:rPr>
                <w:rFonts w:ascii="Arial" w:hAnsi="Arial"/>
                <w:b/>
                <w:color w:val="12324A"/>
                <w:sz w:val="17"/>
              </w:rPr>
              <w:t>Intended improvements / use</w:t>
            </w:r>
          </w:p>
        </w:tc>
        <w:tc>
          <w:tcPr>
            <w:tcW w:type="dxa" w:w="6768"/>
            <w:vAlign w:val="center"/>
            <w:tcMar>
              <w:top w:w="80" w:type="dxa"/>
              <w:start w:w="110" w:type="dxa"/>
              <w:bottom w:w="80" w:type="dxa"/>
              <w:end w:w="110" w:type="dxa"/>
            </w:tcMar>
          </w:tcPr>
          <w:p>
            <w:pPr>
              <w:spacing w:after="0" w:line="240" w:lineRule="auto"/>
            </w:pPr>
            <w:r/>
            <w:r>
              <w:rPr>
                <w:rFonts w:ascii="Arial" w:hAnsi="Arial"/>
                <w:b w:val="0"/>
                <w:color w:val="12324A"/>
                <w:sz w:val="17"/>
              </w:rPr>
              <w:t>____________________________________________________________</w:t>
              <w:br/>
              <w:t>____________________________________________________________</w:t>
            </w:r>
          </w:p>
        </w:tc>
      </w:tr>
      <w:tr>
        <w:trPr>
          <w:cantSplit/>
        </w:trPr>
        <w:tc>
          <w:tcPr>
            <w:tcW w:type="dxa" w:w="3024"/>
            <w:vAlign w:val="center"/>
            <w:tcMar>
              <w:top w:w="80" w:type="dxa"/>
              <w:start w:w="110" w:type="dxa"/>
              <w:bottom w:w="80" w:type="dxa"/>
              <w:end w:w="110" w:type="dxa"/>
            </w:tcMar>
            <w:shd w:fill="F3F5F7"/>
          </w:tcPr>
          <w:p>
            <w:pPr>
              <w:spacing w:after="0" w:line="240" w:lineRule="auto"/>
            </w:pPr>
            <w:r/>
            <w:r>
              <w:rPr>
                <w:rFonts w:ascii="Arial" w:hAnsi="Arial"/>
                <w:b/>
                <w:color w:val="12324A"/>
                <w:sz w:val="17"/>
              </w:rPr>
              <w:t>Target acquisition date</w:t>
            </w:r>
          </w:p>
        </w:tc>
        <w:tc>
          <w:tcPr>
            <w:tcW w:type="dxa" w:w="6768"/>
            <w:vAlign w:val="center"/>
            <w:tcMar>
              <w:top w:w="80" w:type="dxa"/>
              <w:start w:w="110" w:type="dxa"/>
              <w:bottom w:w="80" w:type="dxa"/>
              <w:end w:w="110" w:type="dxa"/>
            </w:tcMar>
          </w:tcPr>
          <w:p>
            <w:pPr>
              <w:spacing w:after="0" w:line="240" w:lineRule="auto"/>
            </w:pPr>
            <w:r/>
            <w:r>
              <w:rPr>
                <w:rFonts w:ascii="Arial" w:hAnsi="Arial"/>
                <w:b w:val="0"/>
                <w:color w:val="12324A"/>
                <w:sz w:val="17"/>
              </w:rPr>
              <w:t>____ / ____ / ________  Flexibility: ______________________________</w:t>
            </w:r>
          </w:p>
        </w:tc>
      </w:tr>
      <w:tr>
        <w:trPr>
          <w:cantSplit/>
        </w:trPr>
        <w:tc>
          <w:tcPr>
            <w:tcW w:type="dxa" w:w="3024"/>
            <w:vAlign w:val="center"/>
            <w:tcMar>
              <w:top w:w="80" w:type="dxa"/>
              <w:start w:w="110" w:type="dxa"/>
              <w:bottom w:w="80" w:type="dxa"/>
              <w:end w:w="110" w:type="dxa"/>
            </w:tcMar>
            <w:shd w:fill="F3F5F7"/>
          </w:tcPr>
          <w:p>
            <w:pPr>
              <w:spacing w:after="0" w:line="240" w:lineRule="auto"/>
            </w:pPr>
            <w:r/>
            <w:r>
              <w:rPr>
                <w:rFonts w:ascii="Arial" w:hAnsi="Arial"/>
                <w:b/>
                <w:color w:val="12324A"/>
                <w:sz w:val="17"/>
              </w:rPr>
              <w:t>Non-negotiable requirements</w:t>
            </w:r>
          </w:p>
        </w:tc>
        <w:tc>
          <w:tcPr>
            <w:tcW w:type="dxa" w:w="6768"/>
            <w:vAlign w:val="center"/>
            <w:tcMar>
              <w:top w:w="80" w:type="dxa"/>
              <w:start w:w="110" w:type="dxa"/>
              <w:bottom w:w="80" w:type="dxa"/>
              <w:end w:w="110" w:type="dxa"/>
            </w:tcMar>
          </w:tcPr>
          <w:p>
            <w:pPr>
              <w:spacing w:after="0" w:line="240" w:lineRule="auto"/>
            </w:pPr>
            <w:r/>
            <w:r>
              <w:rPr>
                <w:rFonts w:ascii="Arial" w:hAnsi="Arial"/>
                <w:b w:val="0"/>
                <w:color w:val="12324A"/>
                <w:sz w:val="17"/>
              </w:rPr>
              <w:t>____________________________________________________________</w:t>
            </w:r>
          </w:p>
        </w:tc>
      </w:tr>
      <w:tr>
        <w:trPr>
          <w:cantSplit/>
        </w:trPr>
        <w:tc>
          <w:tcPr>
            <w:tcW w:type="dxa" w:w="3024"/>
            <w:vAlign w:val="center"/>
            <w:tcMar>
              <w:top w:w="80" w:type="dxa"/>
              <w:start w:w="110" w:type="dxa"/>
              <w:bottom w:w="80" w:type="dxa"/>
              <w:end w:w="110" w:type="dxa"/>
            </w:tcMar>
            <w:shd w:fill="F3F5F7"/>
          </w:tcPr>
          <w:p>
            <w:pPr>
              <w:spacing w:after="0" w:line="240" w:lineRule="auto"/>
            </w:pPr>
            <w:r/>
            <w:r>
              <w:rPr>
                <w:rFonts w:ascii="Arial" w:hAnsi="Arial"/>
                <w:b/>
                <w:color w:val="12324A"/>
                <w:sz w:val="17"/>
              </w:rPr>
              <w:t>Preferred but optional</w:t>
            </w:r>
          </w:p>
        </w:tc>
        <w:tc>
          <w:tcPr>
            <w:tcW w:type="dxa" w:w="6768"/>
            <w:vAlign w:val="center"/>
            <w:tcMar>
              <w:top w:w="80" w:type="dxa"/>
              <w:start w:w="110" w:type="dxa"/>
              <w:bottom w:w="80" w:type="dxa"/>
              <w:end w:w="110" w:type="dxa"/>
            </w:tcMar>
          </w:tcPr>
          <w:p>
            <w:pPr>
              <w:spacing w:after="0" w:line="240" w:lineRule="auto"/>
            </w:pPr>
            <w:r/>
            <w:r>
              <w:rPr>
                <w:rFonts w:ascii="Arial" w:hAnsi="Arial"/>
                <w:b w:val="0"/>
                <w:color w:val="12324A"/>
                <w:sz w:val="17"/>
              </w:rPr>
              <w:t>____________________________________________________________</w:t>
            </w:r>
          </w:p>
        </w:tc>
      </w:tr>
    </w:tbl>
    <w:p>
      <w:pPr>
        <w:spacing w:after="20"/>
      </w:pPr>
    </w:p>
    <w:p>
      <w:pPr>
        <w:keepNext/>
        <w:spacing w:before="160" w:after="80"/>
        <w:shd w:fill="12324A"/>
      </w:pPr>
      <w:r>
        <w:rPr>
          <w:rFonts w:ascii="Arial" w:hAnsi="Arial"/>
          <w:b/>
          <w:color w:val="FFFFFF"/>
          <w:sz w:val="22"/>
        </w:rPr>
        <w:t>9.  INVESTMENT AND COMMERCIAL ACQUISITION PROFILE</w:t>
      </w:r>
    </w:p>
    <w:p>
      <w:pPr>
        <w:spacing w:after="80"/>
      </w:pPr>
      <w:r>
        <w:rPr>
          <w:sz w:val="18"/>
        </w:rPr>
        <w:t xml:space="preserve">☐ Not applicable     </w:t>
      </w:r>
      <w:r>
        <w:rPr>
          <w:sz w:val="18"/>
        </w:rPr>
        <w:t xml:space="preserve">☐ Income property     </w:t>
      </w:r>
      <w:r>
        <w:rPr>
          <w:sz w:val="18"/>
        </w:rPr>
        <w:t xml:space="preserve">☐ Development     </w:t>
      </w:r>
      <w:r>
        <w:rPr>
          <w:sz w:val="18"/>
        </w:rPr>
        <w:t xml:space="preserve">☐ Owner-occupied business     </w:t>
      </w:r>
      <w:r>
        <w:rPr>
          <w:sz w:val="18"/>
        </w:rPr>
        <w:t xml:space="preserve">☐ Hospitality     </w:t>
      </w:r>
      <w:r>
        <w:rPr>
          <w:sz w:val="18"/>
        </w:rPr>
        <w:t>☐ Land banking</w:t>
      </w:r>
    </w:p>
    <w:tbl>
      <w:tblPr>
        <w:tblW w:type="auto" w:w="0"/>
        <w:jc w:val="center"/>
        <w:tblLayout w:type="fixed"/>
        <w:tblLook w:firstColumn="1" w:firstRow="1" w:lastColumn="0" w:lastRow="0" w:noHBand="0" w:noVBand="1" w:val="04A0"/>
      </w:tblPr>
      <w:tblGrid>
        <w:gridCol w:w="5083"/>
        <w:gridCol w:w="5083"/>
      </w:tblGrid>
      <w:tr>
        <w:trPr>
          <w:cantSplit/>
        </w:trPr>
        <w:tc>
          <w:tcPr>
            <w:tcW w:type="dxa" w:w="3024"/>
            <w:vAlign w:val="center"/>
            <w:tcMar>
              <w:top w:w="80" w:type="dxa"/>
              <w:start w:w="110" w:type="dxa"/>
              <w:bottom w:w="80" w:type="dxa"/>
              <w:end w:w="110" w:type="dxa"/>
            </w:tcMar>
            <w:shd w:fill="F3F5F7"/>
          </w:tcPr>
          <w:p>
            <w:pPr>
              <w:spacing w:after="0" w:line="240" w:lineRule="auto"/>
            </w:pPr>
            <w:r/>
            <w:r>
              <w:rPr>
                <w:rFonts w:ascii="Arial" w:hAnsi="Arial"/>
                <w:b/>
                <w:color w:val="12324A"/>
                <w:sz w:val="17"/>
              </w:rPr>
              <w:t>Target return / yield</w:t>
            </w:r>
          </w:p>
        </w:tc>
        <w:tc>
          <w:tcPr>
            <w:tcW w:type="dxa" w:w="6768"/>
            <w:vAlign w:val="center"/>
            <w:tcMar>
              <w:top w:w="80" w:type="dxa"/>
              <w:start w:w="110" w:type="dxa"/>
              <w:bottom w:w="80" w:type="dxa"/>
              <w:end w:w="110" w:type="dxa"/>
            </w:tcMar>
          </w:tcPr>
          <w:p>
            <w:pPr>
              <w:spacing w:after="0" w:line="240" w:lineRule="auto"/>
            </w:pPr>
            <w:r/>
            <w:r>
              <w:rPr>
                <w:rFonts w:ascii="Arial" w:hAnsi="Arial"/>
                <w:b w:val="0"/>
                <w:color w:val="12324A"/>
                <w:sz w:val="17"/>
              </w:rPr>
              <w:t>Target cap rate: _______%  Cash-on-cash: _______%  Other: ___________</w:t>
            </w:r>
          </w:p>
        </w:tc>
      </w:tr>
      <w:tr>
        <w:trPr>
          <w:cantSplit/>
        </w:trPr>
        <w:tc>
          <w:tcPr>
            <w:tcW w:type="dxa" w:w="3024"/>
            <w:vAlign w:val="center"/>
            <w:tcMar>
              <w:top w:w="80" w:type="dxa"/>
              <w:start w:w="110" w:type="dxa"/>
              <w:bottom w:w="80" w:type="dxa"/>
              <w:end w:w="110" w:type="dxa"/>
            </w:tcMar>
            <w:shd w:fill="F3F5F7"/>
          </w:tcPr>
          <w:p>
            <w:pPr>
              <w:spacing w:after="0" w:line="240" w:lineRule="auto"/>
            </w:pPr>
            <w:r/>
            <w:r>
              <w:rPr>
                <w:rFonts w:ascii="Arial" w:hAnsi="Arial"/>
                <w:b/>
                <w:color w:val="12324A"/>
                <w:sz w:val="17"/>
              </w:rPr>
              <w:t>Income requirement</w:t>
            </w:r>
          </w:p>
        </w:tc>
        <w:tc>
          <w:tcPr>
            <w:tcW w:type="dxa" w:w="6768"/>
            <w:vAlign w:val="center"/>
            <w:tcMar>
              <w:top w:w="80" w:type="dxa"/>
              <w:start w:w="110" w:type="dxa"/>
              <w:bottom w:w="80" w:type="dxa"/>
              <w:end w:w="110" w:type="dxa"/>
            </w:tcMar>
          </w:tcPr>
          <w:p>
            <w:pPr>
              <w:spacing w:after="0" w:line="240" w:lineRule="auto"/>
            </w:pPr>
            <w:r/>
            <w:r>
              <w:rPr>
                <w:rFonts w:ascii="Arial" w:hAnsi="Arial"/>
                <w:b w:val="0"/>
                <w:color w:val="12324A"/>
                <w:sz w:val="17"/>
              </w:rPr>
              <w:t>Target monthly gross income B$____________  Target NOI B$____________</w:t>
            </w:r>
          </w:p>
        </w:tc>
      </w:tr>
      <w:tr>
        <w:trPr>
          <w:cantSplit/>
        </w:trPr>
        <w:tc>
          <w:tcPr>
            <w:tcW w:type="dxa" w:w="3024"/>
            <w:vAlign w:val="center"/>
            <w:tcMar>
              <w:top w:w="80" w:type="dxa"/>
              <w:start w:w="110" w:type="dxa"/>
              <w:bottom w:w="80" w:type="dxa"/>
              <w:end w:w="110" w:type="dxa"/>
            </w:tcMar>
            <w:shd w:fill="F3F5F7"/>
          </w:tcPr>
          <w:p>
            <w:pPr>
              <w:spacing w:after="0" w:line="240" w:lineRule="auto"/>
            </w:pPr>
            <w:r/>
            <w:r>
              <w:rPr>
                <w:rFonts w:ascii="Arial" w:hAnsi="Arial"/>
                <w:b/>
                <w:color w:val="12324A"/>
                <w:sz w:val="17"/>
              </w:rPr>
              <w:t>Financing thresholds</w:t>
            </w:r>
          </w:p>
        </w:tc>
        <w:tc>
          <w:tcPr>
            <w:tcW w:type="dxa" w:w="6768"/>
            <w:vAlign w:val="center"/>
            <w:tcMar>
              <w:top w:w="80" w:type="dxa"/>
              <w:start w:w="110" w:type="dxa"/>
              <w:bottom w:w="80" w:type="dxa"/>
              <w:end w:w="110" w:type="dxa"/>
            </w:tcMar>
          </w:tcPr>
          <w:p>
            <w:pPr>
              <w:spacing w:after="0" w:line="240" w:lineRule="auto"/>
            </w:pPr>
            <w:r/>
            <w:r>
              <w:rPr>
                <w:rFonts w:ascii="Arial" w:hAnsi="Arial"/>
                <w:b w:val="0"/>
                <w:color w:val="12324A"/>
                <w:sz w:val="17"/>
              </w:rPr>
              <w:t>Maximum LTC: _______%  Maximum LTV: _______%  Minimum DSCR: ______x</w:t>
            </w:r>
          </w:p>
        </w:tc>
      </w:tr>
      <w:tr>
        <w:trPr>
          <w:cantSplit/>
        </w:trPr>
        <w:tc>
          <w:tcPr>
            <w:tcW w:type="dxa" w:w="3024"/>
            <w:vAlign w:val="center"/>
            <w:tcMar>
              <w:top w:w="80" w:type="dxa"/>
              <w:start w:w="110" w:type="dxa"/>
              <w:bottom w:w="80" w:type="dxa"/>
              <w:end w:w="110" w:type="dxa"/>
            </w:tcMar>
            <w:shd w:fill="F3F5F7"/>
          </w:tcPr>
          <w:p>
            <w:pPr>
              <w:spacing w:after="0" w:line="240" w:lineRule="auto"/>
            </w:pPr>
            <w:r/>
            <w:r>
              <w:rPr>
                <w:rFonts w:ascii="Arial" w:hAnsi="Arial"/>
                <w:b/>
                <w:color w:val="12324A"/>
                <w:sz w:val="17"/>
              </w:rPr>
              <w:t>Hold period / exit</w:t>
            </w:r>
          </w:p>
        </w:tc>
        <w:tc>
          <w:tcPr>
            <w:tcW w:type="dxa" w:w="6768"/>
            <w:vAlign w:val="center"/>
            <w:tcMar>
              <w:top w:w="80" w:type="dxa"/>
              <w:start w:w="110" w:type="dxa"/>
              <w:bottom w:w="80" w:type="dxa"/>
              <w:end w:w="110" w:type="dxa"/>
            </w:tcMar>
          </w:tcPr>
          <w:p>
            <w:pPr>
              <w:spacing w:after="0" w:line="240" w:lineRule="auto"/>
            </w:pPr>
            <w:r/>
            <w:r>
              <w:rPr>
                <w:rFonts w:ascii="Arial" w:hAnsi="Arial"/>
                <w:b w:val="0"/>
                <w:color w:val="12324A"/>
                <w:sz w:val="17"/>
              </w:rPr>
              <w:t>☐ Under 3 years  ☐ 3–5 years  ☐ 5–10 years  ☐ Long-term hold</w:t>
              <w:br/>
              <w:t>Exit: ☐ Refinance ☐ Sale ☐ Development ☐ Portfolio retention</w:t>
            </w:r>
          </w:p>
        </w:tc>
      </w:tr>
      <w:tr>
        <w:trPr>
          <w:cantSplit/>
        </w:trPr>
        <w:tc>
          <w:tcPr>
            <w:tcW w:type="dxa" w:w="3024"/>
            <w:vAlign w:val="center"/>
            <w:tcMar>
              <w:top w:w="80" w:type="dxa"/>
              <w:start w:w="110" w:type="dxa"/>
              <w:bottom w:w="80" w:type="dxa"/>
              <w:end w:w="110" w:type="dxa"/>
            </w:tcMar>
            <w:shd w:fill="F3F5F7"/>
          </w:tcPr>
          <w:p>
            <w:pPr>
              <w:spacing w:after="0" w:line="240" w:lineRule="auto"/>
            </w:pPr>
            <w:r/>
            <w:r>
              <w:rPr>
                <w:rFonts w:ascii="Arial" w:hAnsi="Arial"/>
                <w:b/>
                <w:color w:val="12324A"/>
                <w:sz w:val="17"/>
              </w:rPr>
              <w:t>Risk / value-add tolerance</w:t>
            </w:r>
          </w:p>
        </w:tc>
        <w:tc>
          <w:tcPr>
            <w:tcW w:type="dxa" w:w="6768"/>
            <w:vAlign w:val="center"/>
            <w:tcMar>
              <w:top w:w="80" w:type="dxa"/>
              <w:start w:w="110" w:type="dxa"/>
              <w:bottom w:w="80" w:type="dxa"/>
              <w:end w:w="110" w:type="dxa"/>
            </w:tcMar>
          </w:tcPr>
          <w:p>
            <w:pPr>
              <w:spacing w:after="0" w:line="240" w:lineRule="auto"/>
            </w:pPr>
            <w:r/>
            <w:r>
              <w:rPr>
                <w:rFonts w:ascii="Arial" w:hAnsi="Arial"/>
                <w:b w:val="0"/>
                <w:color w:val="12324A"/>
                <w:sz w:val="17"/>
              </w:rPr>
              <w:t>☐ Stabilized  ☐ Light value-add  ☐ Major repositioning  ☐ Ground-up</w:t>
            </w:r>
          </w:p>
        </w:tc>
      </w:tr>
      <w:tr>
        <w:trPr>
          <w:cantSplit/>
        </w:trPr>
        <w:tc>
          <w:tcPr>
            <w:tcW w:type="dxa" w:w="3024"/>
            <w:vAlign w:val="center"/>
            <w:tcMar>
              <w:top w:w="80" w:type="dxa"/>
              <w:start w:w="110" w:type="dxa"/>
              <w:bottom w:w="80" w:type="dxa"/>
              <w:end w:w="110" w:type="dxa"/>
            </w:tcMar>
            <w:shd w:fill="F3F5F7"/>
          </w:tcPr>
          <w:p>
            <w:pPr>
              <w:spacing w:after="0" w:line="240" w:lineRule="auto"/>
            </w:pPr>
            <w:r/>
            <w:r>
              <w:rPr>
                <w:rFonts w:ascii="Arial" w:hAnsi="Arial"/>
                <w:b/>
                <w:color w:val="12324A"/>
                <w:sz w:val="17"/>
              </w:rPr>
              <w:t>Information required</w:t>
            </w:r>
          </w:p>
        </w:tc>
        <w:tc>
          <w:tcPr>
            <w:tcW w:type="dxa" w:w="6768"/>
            <w:vAlign w:val="center"/>
            <w:tcMar>
              <w:top w:w="80" w:type="dxa"/>
              <w:start w:w="110" w:type="dxa"/>
              <w:bottom w:w="80" w:type="dxa"/>
              <w:end w:w="110" w:type="dxa"/>
            </w:tcMar>
          </w:tcPr>
          <w:p>
            <w:pPr>
              <w:spacing w:after="0" w:line="240" w:lineRule="auto"/>
            </w:pPr>
            <w:r/>
            <w:r>
              <w:rPr>
                <w:rFonts w:ascii="Arial" w:hAnsi="Arial"/>
                <w:b w:val="0"/>
                <w:color w:val="12324A"/>
                <w:sz w:val="17"/>
              </w:rPr>
              <w:t>☐ Rent roll  ☐ Leases  ☐ Operating statements  ☐ Appraisal</w:t>
              <w:br/>
              <w:t>☐ Survey  ☐ Plans/approvals  ☐ Environmental/engineering reports</w:t>
            </w:r>
          </w:p>
        </w:tc>
      </w:tr>
      <w:tr>
        <w:trPr>
          <w:cantSplit/>
        </w:trPr>
        <w:tc>
          <w:tcPr>
            <w:tcW w:type="dxa" w:w="3024"/>
            <w:vAlign w:val="center"/>
            <w:tcMar>
              <w:top w:w="80" w:type="dxa"/>
              <w:start w:w="110" w:type="dxa"/>
              <w:bottom w:w="80" w:type="dxa"/>
              <w:end w:w="110" w:type="dxa"/>
            </w:tcMar>
            <w:shd w:fill="F3F5F7"/>
          </w:tcPr>
          <w:p>
            <w:pPr>
              <w:spacing w:after="0" w:line="240" w:lineRule="auto"/>
            </w:pPr>
            <w:r/>
            <w:r>
              <w:rPr>
                <w:rFonts w:ascii="Arial" w:hAnsi="Arial"/>
                <w:b/>
                <w:color w:val="12324A"/>
                <w:sz w:val="17"/>
              </w:rPr>
              <w:t>Acquisition entity / structure</w:t>
            </w:r>
          </w:p>
        </w:tc>
        <w:tc>
          <w:tcPr>
            <w:tcW w:type="dxa" w:w="6768"/>
            <w:vAlign w:val="center"/>
            <w:tcMar>
              <w:top w:w="80" w:type="dxa"/>
              <w:start w:w="110" w:type="dxa"/>
              <w:bottom w:w="80" w:type="dxa"/>
              <w:end w:w="110" w:type="dxa"/>
            </w:tcMar>
          </w:tcPr>
          <w:p>
            <w:pPr>
              <w:spacing w:after="0" w:line="240" w:lineRule="auto"/>
            </w:pPr>
            <w:r/>
            <w:r>
              <w:rPr>
                <w:rFonts w:ascii="Arial" w:hAnsi="Arial"/>
                <w:b w:val="0"/>
                <w:color w:val="12324A"/>
                <w:sz w:val="17"/>
              </w:rPr>
              <w:t>☐ Personal name  ☐ Existing company  ☐ New SPV  ☐ Trust</w:t>
              <w:br/>
              <w:t>☐ To be determined with legal/tax advisers</w:t>
            </w:r>
          </w:p>
        </w:tc>
      </w:tr>
    </w:tbl>
    <w:p>
      <w:pPr>
        <w:spacing w:after="20"/>
      </w:pPr>
    </w:p>
    <w:p>
      <w:pPr>
        <w:keepNext/>
        <w:spacing w:before="160" w:after="80"/>
        <w:shd w:fill="12324A"/>
      </w:pPr>
      <w:r>
        <w:rPr>
          <w:rFonts w:ascii="Arial" w:hAnsi="Arial"/>
          <w:b/>
          <w:color w:val="FFFFFF"/>
          <w:sz w:val="22"/>
        </w:rPr>
        <w:t>10.  VIEWINGS, REPRESENTATION AND COMMUNICATION</w:t>
      </w:r>
    </w:p>
    <w:tbl>
      <w:tblPr>
        <w:tblW w:type="auto" w:w="0"/>
        <w:jc w:val="center"/>
        <w:tblLayout w:type="fixed"/>
        <w:tblLook w:firstColumn="1" w:firstRow="1" w:lastColumn="0" w:lastRow="0" w:noHBand="0" w:noVBand="1" w:val="04A0"/>
      </w:tblPr>
      <w:tblGrid>
        <w:gridCol w:w="5083"/>
        <w:gridCol w:w="5083"/>
      </w:tblGrid>
      <w:tr>
        <w:trPr>
          <w:cantSplit/>
        </w:trPr>
        <w:tc>
          <w:tcPr>
            <w:tcW w:type="dxa" w:w="3024"/>
            <w:vAlign w:val="center"/>
            <w:tcMar>
              <w:top w:w="80" w:type="dxa"/>
              <w:start w:w="110" w:type="dxa"/>
              <w:bottom w:w="80" w:type="dxa"/>
              <w:end w:w="110" w:type="dxa"/>
            </w:tcMar>
            <w:shd w:fill="F3F5F7"/>
          </w:tcPr>
          <w:p>
            <w:pPr>
              <w:spacing w:after="0" w:line="240" w:lineRule="auto"/>
            </w:pPr>
            <w:r/>
            <w:r>
              <w:rPr>
                <w:rFonts w:ascii="Arial" w:hAnsi="Arial"/>
                <w:b/>
                <w:color w:val="12324A"/>
                <w:sz w:val="17"/>
              </w:rPr>
              <w:t>Current representation</w:t>
            </w:r>
          </w:p>
        </w:tc>
        <w:tc>
          <w:tcPr>
            <w:tcW w:type="dxa" w:w="6768"/>
            <w:vAlign w:val="center"/>
            <w:tcMar>
              <w:top w:w="80" w:type="dxa"/>
              <w:start w:w="110" w:type="dxa"/>
              <w:bottom w:w="80" w:type="dxa"/>
              <w:end w:w="110" w:type="dxa"/>
            </w:tcMar>
          </w:tcPr>
          <w:p>
            <w:pPr>
              <w:spacing w:after="0" w:line="240" w:lineRule="auto"/>
            </w:pPr>
            <w:r/>
            <w:r>
              <w:rPr>
                <w:rFonts w:ascii="Arial" w:hAnsi="Arial"/>
                <w:b w:val="0"/>
                <w:color w:val="12324A"/>
                <w:sz w:val="17"/>
              </w:rPr>
              <w:t>Are you currently represented by another real estate broker/agent? ☐ Yes ☐ No</w:t>
              <w:br/>
              <w:t>If yes, name and agreement expiry: __________________________________</w:t>
            </w:r>
          </w:p>
        </w:tc>
      </w:tr>
      <w:tr>
        <w:trPr>
          <w:cantSplit/>
        </w:trPr>
        <w:tc>
          <w:tcPr>
            <w:tcW w:type="dxa" w:w="3024"/>
            <w:vAlign w:val="center"/>
            <w:tcMar>
              <w:top w:w="80" w:type="dxa"/>
              <w:start w:w="110" w:type="dxa"/>
              <w:bottom w:w="80" w:type="dxa"/>
              <w:end w:w="110" w:type="dxa"/>
            </w:tcMar>
            <w:shd w:fill="F3F5F7"/>
          </w:tcPr>
          <w:p>
            <w:pPr>
              <w:spacing w:after="0" w:line="240" w:lineRule="auto"/>
            </w:pPr>
            <w:r/>
            <w:r>
              <w:rPr>
                <w:rFonts w:ascii="Arial" w:hAnsi="Arial"/>
                <w:b/>
                <w:color w:val="12324A"/>
                <w:sz w:val="17"/>
              </w:rPr>
              <w:t>Prior property contact</w:t>
            </w:r>
          </w:p>
        </w:tc>
        <w:tc>
          <w:tcPr>
            <w:tcW w:type="dxa" w:w="6768"/>
            <w:vAlign w:val="center"/>
            <w:tcMar>
              <w:top w:w="80" w:type="dxa"/>
              <w:start w:w="110" w:type="dxa"/>
              <w:bottom w:w="80" w:type="dxa"/>
              <w:end w:w="110" w:type="dxa"/>
            </w:tcMar>
          </w:tcPr>
          <w:p>
            <w:pPr>
              <w:spacing w:after="0" w:line="240" w:lineRule="auto"/>
            </w:pPr>
            <w:r/>
            <w:r>
              <w:rPr>
                <w:rFonts w:ascii="Arial" w:hAnsi="Arial"/>
                <w:b w:val="0"/>
                <w:color w:val="12324A"/>
                <w:sz w:val="17"/>
              </w:rPr>
              <w:t>Have you already contacted an owner/listing agent about a property of interest?</w:t>
              <w:br/>
              <w:t>☐ Yes ☐ No  Property/contact: ______________________________________</w:t>
            </w:r>
          </w:p>
        </w:tc>
      </w:tr>
      <w:tr>
        <w:trPr>
          <w:cantSplit/>
        </w:trPr>
        <w:tc>
          <w:tcPr>
            <w:tcW w:type="dxa" w:w="3024"/>
            <w:vAlign w:val="center"/>
            <w:tcMar>
              <w:top w:w="80" w:type="dxa"/>
              <w:start w:w="110" w:type="dxa"/>
              <w:bottom w:w="80" w:type="dxa"/>
              <w:end w:w="110" w:type="dxa"/>
            </w:tcMar>
            <w:shd w:fill="F3F5F7"/>
          </w:tcPr>
          <w:p>
            <w:pPr>
              <w:spacing w:after="0" w:line="240" w:lineRule="auto"/>
            </w:pPr>
            <w:r/>
            <w:r>
              <w:rPr>
                <w:rFonts w:ascii="Arial" w:hAnsi="Arial"/>
                <w:b/>
                <w:color w:val="12324A"/>
                <w:sz w:val="17"/>
              </w:rPr>
              <w:t>Viewing availability</w:t>
            </w:r>
          </w:p>
        </w:tc>
        <w:tc>
          <w:tcPr>
            <w:tcW w:type="dxa" w:w="6768"/>
            <w:vAlign w:val="center"/>
            <w:tcMar>
              <w:top w:w="80" w:type="dxa"/>
              <w:start w:w="110" w:type="dxa"/>
              <w:bottom w:w="80" w:type="dxa"/>
              <w:end w:w="110" w:type="dxa"/>
            </w:tcMar>
          </w:tcPr>
          <w:p>
            <w:pPr>
              <w:spacing w:after="0" w:line="240" w:lineRule="auto"/>
            </w:pPr>
            <w:r/>
            <w:r>
              <w:rPr>
                <w:rFonts w:ascii="Arial" w:hAnsi="Arial"/>
                <w:b w:val="0"/>
                <w:color w:val="12324A"/>
                <w:sz w:val="17"/>
              </w:rPr>
              <w:t>Preferred days/times: _____________________________________________</w:t>
              <w:br/>
              <w:t>Minimum notice required: ______ hours</w:t>
            </w:r>
          </w:p>
        </w:tc>
      </w:tr>
      <w:tr>
        <w:trPr>
          <w:cantSplit/>
        </w:trPr>
        <w:tc>
          <w:tcPr>
            <w:tcW w:type="dxa" w:w="3024"/>
            <w:vAlign w:val="center"/>
            <w:tcMar>
              <w:top w:w="80" w:type="dxa"/>
              <w:start w:w="110" w:type="dxa"/>
              <w:bottom w:w="80" w:type="dxa"/>
              <w:end w:w="110" w:type="dxa"/>
            </w:tcMar>
            <w:shd w:fill="F3F5F7"/>
          </w:tcPr>
          <w:p>
            <w:pPr>
              <w:spacing w:after="0" w:line="240" w:lineRule="auto"/>
            </w:pPr>
            <w:r/>
            <w:r>
              <w:rPr>
                <w:rFonts w:ascii="Arial" w:hAnsi="Arial"/>
                <w:b/>
                <w:color w:val="12324A"/>
                <w:sz w:val="17"/>
              </w:rPr>
              <w:t>Persons attending</w:t>
            </w:r>
          </w:p>
        </w:tc>
        <w:tc>
          <w:tcPr>
            <w:tcW w:type="dxa" w:w="6768"/>
            <w:vAlign w:val="center"/>
            <w:tcMar>
              <w:top w:w="80" w:type="dxa"/>
              <w:start w:w="110" w:type="dxa"/>
              <w:bottom w:w="80" w:type="dxa"/>
              <w:end w:w="110" w:type="dxa"/>
            </w:tcMar>
          </w:tcPr>
          <w:p>
            <w:pPr>
              <w:spacing w:after="0" w:line="240" w:lineRule="auto"/>
            </w:pPr>
            <w:r/>
            <w:r>
              <w:rPr>
                <w:rFonts w:ascii="Arial" w:hAnsi="Arial"/>
                <w:b w:val="0"/>
                <w:color w:val="12324A"/>
                <w:sz w:val="17"/>
              </w:rPr>
              <w:t>Names / relationship: _____________________________________________</w:t>
            </w:r>
          </w:p>
        </w:tc>
      </w:tr>
      <w:tr>
        <w:trPr>
          <w:cantSplit/>
        </w:trPr>
        <w:tc>
          <w:tcPr>
            <w:tcW w:type="dxa" w:w="3024"/>
            <w:vAlign w:val="center"/>
            <w:tcMar>
              <w:top w:w="80" w:type="dxa"/>
              <w:start w:w="110" w:type="dxa"/>
              <w:bottom w:w="80" w:type="dxa"/>
              <w:end w:w="110" w:type="dxa"/>
            </w:tcMar>
            <w:shd w:fill="F3F5F7"/>
          </w:tcPr>
          <w:p>
            <w:pPr>
              <w:spacing w:after="0" w:line="240" w:lineRule="auto"/>
            </w:pPr>
            <w:r/>
            <w:r>
              <w:rPr>
                <w:rFonts w:ascii="Arial" w:hAnsi="Arial"/>
                <w:b/>
                <w:color w:val="12324A"/>
                <w:sz w:val="17"/>
              </w:rPr>
              <w:t>Communication preference</w:t>
            </w:r>
          </w:p>
        </w:tc>
        <w:tc>
          <w:tcPr>
            <w:tcW w:type="dxa" w:w="6768"/>
            <w:vAlign w:val="center"/>
            <w:tcMar>
              <w:top w:w="80" w:type="dxa"/>
              <w:start w:w="110" w:type="dxa"/>
              <w:bottom w:w="80" w:type="dxa"/>
              <w:end w:w="110" w:type="dxa"/>
            </w:tcMar>
          </w:tcPr>
          <w:p>
            <w:pPr>
              <w:spacing w:after="0" w:line="240" w:lineRule="auto"/>
            </w:pPr>
            <w:r/>
            <w:r>
              <w:rPr>
                <w:rFonts w:ascii="Arial" w:hAnsi="Arial"/>
                <w:b w:val="0"/>
                <w:color w:val="12324A"/>
                <w:sz w:val="17"/>
              </w:rPr>
              <w:t>☐ Email  ☐ Telephone  ☐ WhatsApp  ☐ Other: __________________</w:t>
            </w:r>
          </w:p>
        </w:tc>
      </w:tr>
      <w:tr>
        <w:trPr>
          <w:cantSplit/>
        </w:trPr>
        <w:tc>
          <w:tcPr>
            <w:tcW w:type="dxa" w:w="3024"/>
            <w:vAlign w:val="center"/>
            <w:tcMar>
              <w:top w:w="80" w:type="dxa"/>
              <w:start w:w="110" w:type="dxa"/>
              <w:bottom w:w="80" w:type="dxa"/>
              <w:end w:w="110" w:type="dxa"/>
            </w:tcMar>
            <w:shd w:fill="F3F5F7"/>
          </w:tcPr>
          <w:p>
            <w:pPr>
              <w:spacing w:after="0" w:line="240" w:lineRule="auto"/>
            </w:pPr>
            <w:r/>
            <w:r>
              <w:rPr>
                <w:rFonts w:ascii="Arial" w:hAnsi="Arial"/>
                <w:b/>
                <w:color w:val="12324A"/>
                <w:sz w:val="17"/>
              </w:rPr>
              <w:t>Update frequency</w:t>
            </w:r>
          </w:p>
        </w:tc>
        <w:tc>
          <w:tcPr>
            <w:tcW w:type="dxa" w:w="6768"/>
            <w:vAlign w:val="center"/>
            <w:tcMar>
              <w:top w:w="80" w:type="dxa"/>
              <w:start w:w="110" w:type="dxa"/>
              <w:bottom w:w="80" w:type="dxa"/>
              <w:end w:w="110" w:type="dxa"/>
            </w:tcMar>
          </w:tcPr>
          <w:p>
            <w:pPr>
              <w:spacing w:after="0" w:line="240" w:lineRule="auto"/>
            </w:pPr>
            <w:r/>
            <w:r>
              <w:rPr>
                <w:rFonts w:ascii="Arial" w:hAnsi="Arial"/>
                <w:b w:val="0"/>
                <w:color w:val="12324A"/>
                <w:sz w:val="17"/>
              </w:rPr>
              <w:t>☐ As suitable properties arise  ☐ Weekly  ☐ Biweekly  ☐ Monthly</w:t>
            </w:r>
          </w:p>
        </w:tc>
      </w:tr>
      <w:tr>
        <w:trPr>
          <w:cantSplit/>
        </w:trPr>
        <w:tc>
          <w:tcPr>
            <w:tcW w:type="dxa" w:w="3024"/>
            <w:vAlign w:val="center"/>
            <w:tcMar>
              <w:top w:w="80" w:type="dxa"/>
              <w:start w:w="110" w:type="dxa"/>
              <w:bottom w:w="80" w:type="dxa"/>
              <w:end w:w="110" w:type="dxa"/>
            </w:tcMar>
            <w:shd w:fill="F3F5F7"/>
          </w:tcPr>
          <w:p>
            <w:pPr>
              <w:spacing w:after="0" w:line="240" w:lineRule="auto"/>
            </w:pPr>
            <w:r/>
            <w:r>
              <w:rPr>
                <w:rFonts w:ascii="Arial" w:hAnsi="Arial"/>
                <w:b/>
                <w:color w:val="12324A"/>
                <w:sz w:val="17"/>
              </w:rPr>
              <w:t>Search authorization</w:t>
            </w:r>
          </w:p>
        </w:tc>
        <w:tc>
          <w:tcPr>
            <w:tcW w:type="dxa" w:w="6768"/>
            <w:vAlign w:val="center"/>
            <w:tcMar>
              <w:top w:w="80" w:type="dxa"/>
              <w:start w:w="110" w:type="dxa"/>
              <w:bottom w:w="80" w:type="dxa"/>
              <w:end w:w="110" w:type="dxa"/>
            </w:tcMar>
          </w:tcPr>
          <w:p>
            <w:pPr>
              <w:spacing w:after="0" w:line="240" w:lineRule="auto"/>
            </w:pPr>
            <w:r/>
            <w:r>
              <w:rPr>
                <w:rFonts w:ascii="Arial" w:hAnsi="Arial"/>
                <w:b w:val="0"/>
                <w:color w:val="12324A"/>
                <w:sz w:val="17"/>
              </w:rPr>
              <w:t>☐ MLS listings  ☐ SeaStone listings  ☐ Agent network/off-market opportunities</w:t>
            </w:r>
          </w:p>
        </w:tc>
      </w:tr>
      <w:tr>
        <w:trPr>
          <w:cantSplit/>
        </w:trPr>
        <w:tc>
          <w:tcPr>
            <w:tcW w:type="dxa" w:w="3024"/>
            <w:vAlign w:val="center"/>
            <w:tcMar>
              <w:top w:w="80" w:type="dxa"/>
              <w:start w:w="110" w:type="dxa"/>
              <w:bottom w:w="80" w:type="dxa"/>
              <w:end w:w="110" w:type="dxa"/>
            </w:tcMar>
            <w:shd w:fill="F3F5F7"/>
          </w:tcPr>
          <w:p>
            <w:pPr>
              <w:spacing w:after="0" w:line="240" w:lineRule="auto"/>
            </w:pPr>
            <w:r/>
            <w:r>
              <w:rPr>
                <w:rFonts w:ascii="Arial" w:hAnsi="Arial"/>
                <w:b/>
                <w:color w:val="12324A"/>
                <w:sz w:val="17"/>
              </w:rPr>
              <w:t>Buyer representation</w:t>
            </w:r>
          </w:p>
        </w:tc>
        <w:tc>
          <w:tcPr>
            <w:tcW w:type="dxa" w:w="6768"/>
            <w:vAlign w:val="center"/>
            <w:tcMar>
              <w:top w:w="80" w:type="dxa"/>
              <w:start w:w="110" w:type="dxa"/>
              <w:bottom w:w="80" w:type="dxa"/>
              <w:end w:w="110" w:type="dxa"/>
            </w:tcMar>
          </w:tcPr>
          <w:p>
            <w:pPr>
              <w:spacing w:after="0" w:line="240" w:lineRule="auto"/>
            </w:pPr>
            <w:r/>
            <w:r>
              <w:rPr>
                <w:rFonts w:ascii="Arial" w:hAnsi="Arial"/>
                <w:b w:val="0"/>
                <w:color w:val="12324A"/>
                <w:sz w:val="17"/>
              </w:rPr>
              <w:t>☐ Requesting formal buyer representation</w:t>
              <w:br/>
              <w:t>☐ Property-specific assistance only</w:t>
              <w:br/>
              <w:t>☐ To be discussed and documented separately</w:t>
            </w:r>
          </w:p>
        </w:tc>
      </w:tr>
      <w:tr>
        <w:trPr>
          <w:cantSplit/>
        </w:trPr>
        <w:tc>
          <w:tcPr>
            <w:tcW w:type="dxa" w:w="3024"/>
            <w:vAlign w:val="center"/>
            <w:tcMar>
              <w:top w:w="80" w:type="dxa"/>
              <w:start w:w="110" w:type="dxa"/>
              <w:bottom w:w="80" w:type="dxa"/>
              <w:end w:w="110" w:type="dxa"/>
            </w:tcMar>
            <w:shd w:fill="F3F5F7"/>
          </w:tcPr>
          <w:p>
            <w:pPr>
              <w:spacing w:after="0" w:line="240" w:lineRule="auto"/>
            </w:pPr>
            <w:r/>
            <w:r>
              <w:rPr>
                <w:rFonts w:ascii="Arial" w:hAnsi="Arial"/>
                <w:b/>
                <w:color w:val="12324A"/>
                <w:sz w:val="17"/>
              </w:rPr>
              <w:t>Confidentiality instructions</w:t>
            </w:r>
          </w:p>
        </w:tc>
        <w:tc>
          <w:tcPr>
            <w:tcW w:type="dxa" w:w="6768"/>
            <w:vAlign w:val="center"/>
            <w:tcMar>
              <w:top w:w="80" w:type="dxa"/>
              <w:start w:w="110" w:type="dxa"/>
              <w:bottom w:w="80" w:type="dxa"/>
              <w:end w:w="110" w:type="dxa"/>
            </w:tcMar>
          </w:tcPr>
          <w:p>
            <w:pPr>
              <w:spacing w:after="0" w:line="240" w:lineRule="auto"/>
            </w:pPr>
            <w:r/>
            <w:r>
              <w:rPr>
                <w:rFonts w:ascii="Arial" w:hAnsi="Arial"/>
                <w:b w:val="0"/>
                <w:color w:val="12324A"/>
                <w:sz w:val="17"/>
              </w:rPr>
              <w:t>____________________________________________________________</w:t>
            </w:r>
          </w:p>
        </w:tc>
      </w:tr>
    </w:tbl>
    <w:p>
      <w:pPr>
        <w:spacing w:after="20"/>
      </w:pPr>
    </w:p>
    <w:p>
      <w:pPr>
        <w:keepNext/>
        <w:spacing w:before="160" w:after="80"/>
        <w:shd w:fill="12324A"/>
      </w:pPr>
      <w:r>
        <w:rPr>
          <w:rFonts w:ascii="Arial" w:hAnsi="Arial"/>
          <w:b/>
          <w:color w:val="FFFFFF"/>
          <w:sz w:val="22"/>
        </w:rPr>
        <w:t>11.  OFFER, DUE DILIGENCE AND CLOSING PREFERENCES</w:t>
      </w:r>
    </w:p>
    <w:tbl>
      <w:tblPr>
        <w:tblW w:type="auto" w:w="0"/>
        <w:jc w:val="center"/>
        <w:tblLayout w:type="fixed"/>
        <w:tblLook w:firstColumn="1" w:firstRow="1" w:lastColumn="0" w:lastRow="0" w:noHBand="0" w:noVBand="1" w:val="04A0"/>
      </w:tblPr>
      <w:tblGrid>
        <w:gridCol w:w="5083"/>
        <w:gridCol w:w="5083"/>
      </w:tblGrid>
      <w:tr>
        <w:trPr>
          <w:cantSplit/>
        </w:trPr>
        <w:tc>
          <w:tcPr>
            <w:tcW w:type="dxa" w:w="3024"/>
            <w:vAlign w:val="center"/>
            <w:tcMar>
              <w:top w:w="80" w:type="dxa"/>
              <w:start w:w="110" w:type="dxa"/>
              <w:bottom w:w="80" w:type="dxa"/>
              <w:end w:w="110" w:type="dxa"/>
            </w:tcMar>
            <w:shd w:fill="F3F5F7"/>
          </w:tcPr>
          <w:p>
            <w:pPr>
              <w:spacing w:after="0" w:line="240" w:lineRule="auto"/>
            </w:pPr>
            <w:r/>
            <w:r>
              <w:rPr>
                <w:rFonts w:ascii="Arial" w:hAnsi="Arial"/>
                <w:b/>
                <w:color w:val="12324A"/>
                <w:sz w:val="17"/>
              </w:rPr>
              <w:t>Offer readiness</w:t>
            </w:r>
          </w:p>
        </w:tc>
        <w:tc>
          <w:tcPr>
            <w:tcW w:type="dxa" w:w="6768"/>
            <w:vAlign w:val="center"/>
            <w:tcMar>
              <w:top w:w="80" w:type="dxa"/>
              <w:start w:w="110" w:type="dxa"/>
              <w:bottom w:w="80" w:type="dxa"/>
              <w:end w:w="110" w:type="dxa"/>
            </w:tcMar>
          </w:tcPr>
          <w:p>
            <w:pPr>
              <w:spacing w:after="0" w:line="240" w:lineRule="auto"/>
            </w:pPr>
            <w:r/>
            <w:r>
              <w:rPr>
                <w:rFonts w:ascii="Arial" w:hAnsi="Arial"/>
                <w:b w:val="0"/>
                <w:color w:val="12324A"/>
                <w:sz w:val="17"/>
              </w:rPr>
              <w:t>☐ Ready now  ☐ Within 30 days  ☐ 30–90 days  ☐ Research stage</w:t>
            </w:r>
          </w:p>
        </w:tc>
      </w:tr>
      <w:tr>
        <w:trPr>
          <w:cantSplit/>
        </w:trPr>
        <w:tc>
          <w:tcPr>
            <w:tcW w:type="dxa" w:w="3024"/>
            <w:vAlign w:val="center"/>
            <w:tcMar>
              <w:top w:w="80" w:type="dxa"/>
              <w:start w:w="110" w:type="dxa"/>
              <w:bottom w:w="80" w:type="dxa"/>
              <w:end w:w="110" w:type="dxa"/>
            </w:tcMar>
            <w:shd w:fill="F3F5F7"/>
          </w:tcPr>
          <w:p>
            <w:pPr>
              <w:spacing w:after="0" w:line="240" w:lineRule="auto"/>
            </w:pPr>
            <w:r/>
            <w:r>
              <w:rPr>
                <w:rFonts w:ascii="Arial" w:hAnsi="Arial"/>
                <w:b/>
                <w:color w:val="12324A"/>
                <w:sz w:val="17"/>
              </w:rPr>
              <w:t>Deposit preference</w:t>
            </w:r>
          </w:p>
        </w:tc>
        <w:tc>
          <w:tcPr>
            <w:tcW w:type="dxa" w:w="6768"/>
            <w:vAlign w:val="center"/>
            <w:tcMar>
              <w:top w:w="80" w:type="dxa"/>
              <w:start w:w="110" w:type="dxa"/>
              <w:bottom w:w="80" w:type="dxa"/>
              <w:end w:w="110" w:type="dxa"/>
            </w:tcMar>
          </w:tcPr>
          <w:p>
            <w:pPr>
              <w:spacing w:after="0" w:line="240" w:lineRule="auto"/>
            </w:pPr>
            <w:r/>
            <w:r>
              <w:rPr>
                <w:rFonts w:ascii="Arial" w:hAnsi="Arial"/>
                <w:b w:val="0"/>
                <w:color w:val="12324A"/>
                <w:sz w:val="17"/>
              </w:rPr>
              <w:t>Proposed deposit B$____________ or _______%  Availability: ___________</w:t>
            </w:r>
          </w:p>
        </w:tc>
      </w:tr>
      <w:tr>
        <w:trPr>
          <w:cantSplit/>
        </w:trPr>
        <w:tc>
          <w:tcPr>
            <w:tcW w:type="dxa" w:w="3024"/>
            <w:vAlign w:val="center"/>
            <w:tcMar>
              <w:top w:w="80" w:type="dxa"/>
              <w:start w:w="110" w:type="dxa"/>
              <w:bottom w:w="80" w:type="dxa"/>
              <w:end w:w="110" w:type="dxa"/>
            </w:tcMar>
            <w:shd w:fill="F3F5F7"/>
          </w:tcPr>
          <w:p>
            <w:pPr>
              <w:spacing w:after="0" w:line="240" w:lineRule="auto"/>
            </w:pPr>
            <w:r/>
            <w:r>
              <w:rPr>
                <w:rFonts w:ascii="Arial" w:hAnsi="Arial"/>
                <w:b/>
                <w:color w:val="12324A"/>
                <w:sz w:val="17"/>
              </w:rPr>
              <w:t>Financing condition</w:t>
            </w:r>
          </w:p>
        </w:tc>
        <w:tc>
          <w:tcPr>
            <w:tcW w:type="dxa" w:w="6768"/>
            <w:vAlign w:val="center"/>
            <w:tcMar>
              <w:top w:w="80" w:type="dxa"/>
              <w:start w:w="110" w:type="dxa"/>
              <w:bottom w:w="80" w:type="dxa"/>
              <w:end w:w="110" w:type="dxa"/>
            </w:tcMar>
          </w:tcPr>
          <w:p>
            <w:pPr>
              <w:spacing w:after="0" w:line="240" w:lineRule="auto"/>
            </w:pPr>
            <w:r/>
            <w:r>
              <w:rPr>
                <w:rFonts w:ascii="Arial" w:hAnsi="Arial"/>
                <w:b w:val="0"/>
                <w:color w:val="12324A"/>
                <w:sz w:val="17"/>
              </w:rPr>
              <w:t>☐ Required  ☐ Not required  Proposed period: ______ days</w:t>
            </w:r>
          </w:p>
        </w:tc>
      </w:tr>
      <w:tr>
        <w:trPr>
          <w:cantSplit/>
        </w:trPr>
        <w:tc>
          <w:tcPr>
            <w:tcW w:type="dxa" w:w="3024"/>
            <w:vAlign w:val="center"/>
            <w:tcMar>
              <w:top w:w="80" w:type="dxa"/>
              <w:start w:w="110" w:type="dxa"/>
              <w:bottom w:w="80" w:type="dxa"/>
              <w:end w:w="110" w:type="dxa"/>
            </w:tcMar>
            <w:shd w:fill="F3F5F7"/>
          </w:tcPr>
          <w:p>
            <w:pPr>
              <w:spacing w:after="0" w:line="240" w:lineRule="auto"/>
            </w:pPr>
            <w:r/>
            <w:r>
              <w:rPr>
                <w:rFonts w:ascii="Arial" w:hAnsi="Arial"/>
                <w:b/>
                <w:color w:val="12324A"/>
                <w:sz w:val="17"/>
              </w:rPr>
              <w:t>Inspection condition</w:t>
            </w:r>
          </w:p>
        </w:tc>
        <w:tc>
          <w:tcPr>
            <w:tcW w:type="dxa" w:w="6768"/>
            <w:vAlign w:val="center"/>
            <w:tcMar>
              <w:top w:w="80" w:type="dxa"/>
              <w:start w:w="110" w:type="dxa"/>
              <w:bottom w:w="80" w:type="dxa"/>
              <w:end w:w="110" w:type="dxa"/>
            </w:tcMar>
          </w:tcPr>
          <w:p>
            <w:pPr>
              <w:spacing w:after="0" w:line="240" w:lineRule="auto"/>
            </w:pPr>
            <w:r/>
            <w:r>
              <w:rPr>
                <w:rFonts w:ascii="Arial" w:hAnsi="Arial"/>
                <w:b w:val="0"/>
                <w:color w:val="12324A"/>
                <w:sz w:val="17"/>
              </w:rPr>
              <w:t>☐ General home inspection  ☐ Structural/engineering  ☐ Pest</w:t>
              <w:br/>
              <w:t>☐ Environmental  ☐ Mechanical/electrical/plumbing  ☐ Other: ________</w:t>
            </w:r>
          </w:p>
        </w:tc>
      </w:tr>
      <w:tr>
        <w:trPr>
          <w:cantSplit/>
        </w:trPr>
        <w:tc>
          <w:tcPr>
            <w:tcW w:type="dxa" w:w="3024"/>
            <w:vAlign w:val="center"/>
            <w:tcMar>
              <w:top w:w="80" w:type="dxa"/>
              <w:start w:w="110" w:type="dxa"/>
              <w:bottom w:w="80" w:type="dxa"/>
              <w:end w:w="110" w:type="dxa"/>
            </w:tcMar>
            <w:shd w:fill="F3F5F7"/>
          </w:tcPr>
          <w:p>
            <w:pPr>
              <w:spacing w:after="0" w:line="240" w:lineRule="auto"/>
            </w:pPr>
            <w:r/>
            <w:r>
              <w:rPr>
                <w:rFonts w:ascii="Arial" w:hAnsi="Arial"/>
                <w:b/>
                <w:color w:val="12324A"/>
                <w:sz w:val="17"/>
              </w:rPr>
              <w:t>Appraisal condition</w:t>
            </w:r>
          </w:p>
        </w:tc>
        <w:tc>
          <w:tcPr>
            <w:tcW w:type="dxa" w:w="6768"/>
            <w:vAlign w:val="center"/>
            <w:tcMar>
              <w:top w:w="80" w:type="dxa"/>
              <w:start w:w="110" w:type="dxa"/>
              <w:bottom w:w="80" w:type="dxa"/>
              <w:end w:w="110" w:type="dxa"/>
            </w:tcMar>
          </w:tcPr>
          <w:p>
            <w:pPr>
              <w:spacing w:after="0" w:line="240" w:lineRule="auto"/>
            </w:pPr>
            <w:r/>
            <w:r>
              <w:rPr>
                <w:rFonts w:ascii="Arial" w:hAnsi="Arial"/>
                <w:b w:val="0"/>
                <w:color w:val="12324A"/>
                <w:sz w:val="17"/>
              </w:rPr>
              <w:t>☐ Required  ☐ Not required  ☐ Subject to lender requirements</w:t>
            </w:r>
          </w:p>
        </w:tc>
      </w:tr>
      <w:tr>
        <w:trPr>
          <w:cantSplit/>
        </w:trPr>
        <w:tc>
          <w:tcPr>
            <w:tcW w:type="dxa" w:w="3024"/>
            <w:vAlign w:val="center"/>
            <w:tcMar>
              <w:top w:w="80" w:type="dxa"/>
              <w:start w:w="110" w:type="dxa"/>
              <w:bottom w:w="80" w:type="dxa"/>
              <w:end w:w="110" w:type="dxa"/>
            </w:tcMar>
            <w:shd w:fill="F3F5F7"/>
          </w:tcPr>
          <w:p>
            <w:pPr>
              <w:spacing w:after="0" w:line="240" w:lineRule="auto"/>
            </w:pPr>
            <w:r/>
            <w:r>
              <w:rPr>
                <w:rFonts w:ascii="Arial" w:hAnsi="Arial"/>
                <w:b/>
                <w:color w:val="12324A"/>
                <w:sz w:val="17"/>
              </w:rPr>
              <w:t>Title / survey review</w:t>
            </w:r>
          </w:p>
        </w:tc>
        <w:tc>
          <w:tcPr>
            <w:tcW w:type="dxa" w:w="6768"/>
            <w:vAlign w:val="center"/>
            <w:tcMar>
              <w:top w:w="80" w:type="dxa"/>
              <w:start w:w="110" w:type="dxa"/>
              <w:bottom w:w="80" w:type="dxa"/>
              <w:end w:w="110" w:type="dxa"/>
            </w:tcMar>
          </w:tcPr>
          <w:p>
            <w:pPr>
              <w:spacing w:after="0" w:line="240" w:lineRule="auto"/>
            </w:pPr>
            <w:r/>
            <w:r>
              <w:rPr>
                <w:rFonts w:ascii="Arial" w:hAnsi="Arial"/>
                <w:b w:val="0"/>
                <w:color w:val="12324A"/>
                <w:sz w:val="17"/>
              </w:rPr>
              <w:t>☐ Attorney title review  ☐ Updated survey  ☐ Boundary verification</w:t>
            </w:r>
          </w:p>
        </w:tc>
      </w:tr>
      <w:tr>
        <w:trPr>
          <w:cantSplit/>
        </w:trPr>
        <w:tc>
          <w:tcPr>
            <w:tcW w:type="dxa" w:w="3024"/>
            <w:vAlign w:val="center"/>
            <w:tcMar>
              <w:top w:w="80" w:type="dxa"/>
              <w:start w:w="110" w:type="dxa"/>
              <w:bottom w:w="80" w:type="dxa"/>
              <w:end w:w="110" w:type="dxa"/>
            </w:tcMar>
            <w:shd w:fill="F3F5F7"/>
          </w:tcPr>
          <w:p>
            <w:pPr>
              <w:spacing w:after="0" w:line="240" w:lineRule="auto"/>
            </w:pPr>
            <w:r/>
            <w:r>
              <w:rPr>
                <w:rFonts w:ascii="Arial" w:hAnsi="Arial"/>
                <w:b/>
                <w:color w:val="12324A"/>
                <w:sz w:val="17"/>
              </w:rPr>
              <w:t>Government approvals</w:t>
            </w:r>
          </w:p>
        </w:tc>
        <w:tc>
          <w:tcPr>
            <w:tcW w:type="dxa" w:w="6768"/>
            <w:vAlign w:val="center"/>
            <w:tcMar>
              <w:top w:w="80" w:type="dxa"/>
              <w:start w:w="110" w:type="dxa"/>
              <w:bottom w:w="80" w:type="dxa"/>
              <w:end w:w="110" w:type="dxa"/>
            </w:tcMar>
          </w:tcPr>
          <w:p>
            <w:pPr>
              <w:spacing w:after="0" w:line="240" w:lineRule="auto"/>
            </w:pPr>
            <w:r/>
            <w:r>
              <w:rPr>
                <w:rFonts w:ascii="Arial" w:hAnsi="Arial"/>
                <w:b w:val="0"/>
                <w:color w:val="12324A"/>
                <w:sz w:val="17"/>
              </w:rPr>
              <w:t>☐ Permit/registration may be required  ☐ Not applicable  ☐ To confirm</w:t>
            </w:r>
          </w:p>
        </w:tc>
      </w:tr>
      <w:tr>
        <w:trPr>
          <w:cantSplit/>
        </w:trPr>
        <w:tc>
          <w:tcPr>
            <w:tcW w:type="dxa" w:w="3024"/>
            <w:vAlign w:val="center"/>
            <w:tcMar>
              <w:top w:w="80" w:type="dxa"/>
              <w:start w:w="110" w:type="dxa"/>
              <w:bottom w:w="80" w:type="dxa"/>
              <w:end w:w="110" w:type="dxa"/>
            </w:tcMar>
            <w:shd w:fill="F3F5F7"/>
          </w:tcPr>
          <w:p>
            <w:pPr>
              <w:spacing w:after="0" w:line="240" w:lineRule="auto"/>
            </w:pPr>
            <w:r/>
            <w:r>
              <w:rPr>
                <w:rFonts w:ascii="Arial" w:hAnsi="Arial"/>
                <w:b/>
                <w:color w:val="12324A"/>
                <w:sz w:val="17"/>
              </w:rPr>
              <w:t>Preferred closing period</w:t>
            </w:r>
          </w:p>
        </w:tc>
        <w:tc>
          <w:tcPr>
            <w:tcW w:type="dxa" w:w="6768"/>
            <w:vAlign w:val="center"/>
            <w:tcMar>
              <w:top w:w="80" w:type="dxa"/>
              <w:start w:w="110" w:type="dxa"/>
              <w:bottom w:w="80" w:type="dxa"/>
              <w:end w:w="110" w:type="dxa"/>
            </w:tcMar>
          </w:tcPr>
          <w:p>
            <w:pPr>
              <w:spacing w:after="0" w:line="240" w:lineRule="auto"/>
            </w:pPr>
            <w:r/>
            <w:r>
              <w:rPr>
                <w:rFonts w:ascii="Arial" w:hAnsi="Arial"/>
                <w:b w:val="0"/>
                <w:color w:val="12324A"/>
                <w:sz w:val="17"/>
              </w:rPr>
              <w:t>______ days from accepted offer  Target date: ____/____/______</w:t>
            </w:r>
          </w:p>
        </w:tc>
      </w:tr>
      <w:tr>
        <w:trPr>
          <w:cantSplit/>
        </w:trPr>
        <w:tc>
          <w:tcPr>
            <w:tcW w:type="dxa" w:w="3024"/>
            <w:vAlign w:val="center"/>
            <w:tcMar>
              <w:top w:w="80" w:type="dxa"/>
              <w:start w:w="110" w:type="dxa"/>
              <w:bottom w:w="80" w:type="dxa"/>
              <w:end w:w="110" w:type="dxa"/>
            </w:tcMar>
            <w:shd w:fill="F3F5F7"/>
          </w:tcPr>
          <w:p>
            <w:pPr>
              <w:spacing w:after="0" w:line="240" w:lineRule="auto"/>
            </w:pPr>
            <w:r/>
            <w:r>
              <w:rPr>
                <w:rFonts w:ascii="Arial" w:hAnsi="Arial"/>
                <w:b/>
                <w:color w:val="12324A"/>
                <w:sz w:val="17"/>
              </w:rPr>
              <w:t>Purchaser’s attorney</w:t>
            </w:r>
          </w:p>
        </w:tc>
        <w:tc>
          <w:tcPr>
            <w:tcW w:type="dxa" w:w="6768"/>
            <w:vAlign w:val="center"/>
            <w:tcMar>
              <w:top w:w="80" w:type="dxa"/>
              <w:start w:w="110" w:type="dxa"/>
              <w:bottom w:w="80" w:type="dxa"/>
              <w:end w:w="110" w:type="dxa"/>
            </w:tcMar>
          </w:tcPr>
          <w:p>
            <w:pPr>
              <w:spacing w:after="0" w:line="240" w:lineRule="auto"/>
            </w:pPr>
            <w:r/>
            <w:r>
              <w:rPr>
                <w:rFonts w:ascii="Arial" w:hAnsi="Arial"/>
                <w:b w:val="0"/>
                <w:color w:val="12324A"/>
                <w:sz w:val="17"/>
              </w:rPr>
              <w:t>☐ Selected  ☐ Referral requested  ☐ To be selected</w:t>
            </w:r>
          </w:p>
        </w:tc>
      </w:tr>
      <w:tr>
        <w:trPr>
          <w:cantSplit/>
        </w:trPr>
        <w:tc>
          <w:tcPr>
            <w:tcW w:type="dxa" w:w="3024"/>
            <w:vAlign w:val="center"/>
            <w:tcMar>
              <w:top w:w="80" w:type="dxa"/>
              <w:start w:w="110" w:type="dxa"/>
              <w:bottom w:w="80" w:type="dxa"/>
              <w:end w:w="110" w:type="dxa"/>
            </w:tcMar>
            <w:shd w:fill="F3F5F7"/>
          </w:tcPr>
          <w:p>
            <w:pPr>
              <w:spacing w:after="0" w:line="240" w:lineRule="auto"/>
            </w:pPr>
            <w:r/>
            <w:r>
              <w:rPr>
                <w:rFonts w:ascii="Arial" w:hAnsi="Arial"/>
                <w:b/>
                <w:color w:val="12324A"/>
                <w:sz w:val="17"/>
              </w:rPr>
              <w:t>Special conditions</w:t>
            </w:r>
          </w:p>
        </w:tc>
        <w:tc>
          <w:tcPr>
            <w:tcW w:type="dxa" w:w="6768"/>
            <w:vAlign w:val="center"/>
            <w:tcMar>
              <w:top w:w="80" w:type="dxa"/>
              <w:start w:w="110" w:type="dxa"/>
              <w:bottom w:w="80" w:type="dxa"/>
              <w:end w:w="110" w:type="dxa"/>
            </w:tcMar>
          </w:tcPr>
          <w:p>
            <w:pPr>
              <w:spacing w:after="0" w:line="240" w:lineRule="auto"/>
            </w:pPr>
            <w:r/>
            <w:r>
              <w:rPr>
                <w:rFonts w:ascii="Arial" w:hAnsi="Arial"/>
                <w:b w:val="0"/>
                <w:color w:val="12324A"/>
                <w:sz w:val="17"/>
              </w:rPr>
              <w:t>____________________________________________________________</w:t>
              <w:br/>
              <w:t>____________________________________________________________</w:t>
            </w:r>
          </w:p>
        </w:tc>
      </w:tr>
    </w:tbl>
    <w:p>
      <w:pPr>
        <w:spacing w:after="20"/>
      </w:pPr>
    </w:p>
    <w:p>
      <w:pPr>
        <w:spacing w:after="100"/>
      </w:pPr>
      <w:r>
        <w:rPr>
          <w:i/>
          <w:color w:val="5E6872"/>
          <w:sz w:val="17"/>
        </w:rPr>
        <w:t>The buyer should obtain independent legal, financial, tax, valuation, engineering and other professional advice appropriate to the property and transaction. SeaStone Homes Bahamas Ltd. does not replace those advisers.</w:t>
      </w:r>
    </w:p>
    <w:p>
      <w:pPr>
        <w:keepNext/>
        <w:spacing w:before="160" w:after="80"/>
        <w:shd w:fill="12324A"/>
      </w:pPr>
      <w:r>
        <w:rPr>
          <w:rFonts w:ascii="Arial" w:hAnsi="Arial"/>
          <w:b/>
          <w:color w:val="FFFFFF"/>
          <w:sz w:val="22"/>
        </w:rPr>
        <w:t>12.  REQUIRED SUPPORTING DOCUMENTS CHECKLIST</w:t>
      </w:r>
    </w:p>
    <w:tbl>
      <w:tblPr>
        <w:tblW w:type="auto" w:w="0"/>
        <w:jc w:val="center"/>
        <w:tblLayout w:type="fixed"/>
        <w:tblLook w:firstColumn="1" w:firstRow="1" w:lastColumn="0" w:lastRow="0" w:noHBand="0" w:noVBand="1" w:val="04A0"/>
      </w:tblPr>
      <w:tblGrid>
        <w:gridCol w:w="5083"/>
        <w:gridCol w:w="5083"/>
      </w:tblGrid>
      <w:tr>
        <w:trPr>
          <w:cantSplit/>
        </w:trPr>
        <w:tc>
          <w:tcPr>
            <w:tcW w:type="dxa" w:w="3024"/>
            <w:vAlign w:val="center"/>
            <w:tcMar>
              <w:top w:w="80" w:type="dxa"/>
              <w:start w:w="110" w:type="dxa"/>
              <w:bottom w:w="80" w:type="dxa"/>
              <w:end w:w="110" w:type="dxa"/>
            </w:tcMar>
            <w:shd w:fill="F3F5F7"/>
          </w:tcPr>
          <w:p>
            <w:pPr>
              <w:spacing w:after="0" w:line="240" w:lineRule="auto"/>
            </w:pPr>
            <w:r/>
            <w:r>
              <w:rPr>
                <w:rFonts w:ascii="Arial" w:hAnsi="Arial"/>
                <w:b/>
                <w:color w:val="12324A"/>
                <w:sz w:val="17"/>
              </w:rPr>
              <w:t>Identity / KYC</w:t>
            </w:r>
          </w:p>
        </w:tc>
        <w:tc>
          <w:tcPr>
            <w:tcW w:type="dxa" w:w="6768"/>
            <w:vAlign w:val="center"/>
            <w:tcMar>
              <w:top w:w="80" w:type="dxa"/>
              <w:start w:w="110" w:type="dxa"/>
              <w:bottom w:w="80" w:type="dxa"/>
              <w:end w:w="110" w:type="dxa"/>
            </w:tcMar>
          </w:tcPr>
          <w:p>
            <w:pPr>
              <w:spacing w:after="0" w:line="240" w:lineRule="auto"/>
            </w:pPr>
            <w:r/>
            <w:r>
              <w:rPr>
                <w:rFonts w:ascii="Arial" w:hAnsi="Arial"/>
                <w:b w:val="0"/>
                <w:color w:val="12324A"/>
                <w:sz w:val="17"/>
              </w:rPr>
              <w:t>☐ Government-issued photo ID  ☐ Proof of residential address (recent)</w:t>
              <w:br/>
              <w:t>☐ Tax identification information  ☐ Immigration/status document, if applicable</w:t>
            </w:r>
          </w:p>
        </w:tc>
      </w:tr>
      <w:tr>
        <w:trPr>
          <w:cantSplit/>
        </w:trPr>
        <w:tc>
          <w:tcPr>
            <w:tcW w:type="dxa" w:w="3024"/>
            <w:vAlign w:val="center"/>
            <w:tcMar>
              <w:top w:w="80" w:type="dxa"/>
              <w:start w:w="110" w:type="dxa"/>
              <w:bottom w:w="80" w:type="dxa"/>
              <w:end w:w="110" w:type="dxa"/>
            </w:tcMar>
            <w:shd w:fill="F3F5F7"/>
          </w:tcPr>
          <w:p>
            <w:pPr>
              <w:spacing w:after="0" w:line="240" w:lineRule="auto"/>
            </w:pPr>
            <w:r/>
            <w:r>
              <w:rPr>
                <w:rFonts w:ascii="Arial" w:hAnsi="Arial"/>
                <w:b/>
                <w:color w:val="12324A"/>
                <w:sz w:val="17"/>
              </w:rPr>
              <w:t>Employment / income</w:t>
            </w:r>
          </w:p>
        </w:tc>
        <w:tc>
          <w:tcPr>
            <w:tcW w:type="dxa" w:w="6768"/>
            <w:vAlign w:val="center"/>
            <w:tcMar>
              <w:top w:w="80" w:type="dxa"/>
              <w:start w:w="110" w:type="dxa"/>
              <w:bottom w:w="80" w:type="dxa"/>
              <w:end w:w="110" w:type="dxa"/>
            </w:tcMar>
          </w:tcPr>
          <w:p>
            <w:pPr>
              <w:spacing w:after="0" w:line="240" w:lineRule="auto"/>
            </w:pPr>
            <w:r/>
            <w:r>
              <w:rPr>
                <w:rFonts w:ascii="Arial" w:hAnsi="Arial"/>
                <w:b w:val="0"/>
                <w:color w:val="12324A"/>
                <w:sz w:val="17"/>
              </w:rPr>
              <w:t>☐ Current job letter  ☐ Recent payslips  ☐ Employment contract, if applicable</w:t>
              <w:br/>
              <w:t>☐ Bank statements showing salary deposits  ☐ Other income evidence</w:t>
            </w:r>
          </w:p>
        </w:tc>
      </w:tr>
      <w:tr>
        <w:trPr>
          <w:cantSplit/>
        </w:trPr>
        <w:tc>
          <w:tcPr>
            <w:tcW w:type="dxa" w:w="3024"/>
            <w:vAlign w:val="center"/>
            <w:tcMar>
              <w:top w:w="80" w:type="dxa"/>
              <w:start w:w="110" w:type="dxa"/>
              <w:bottom w:w="80" w:type="dxa"/>
              <w:end w:w="110" w:type="dxa"/>
            </w:tcMar>
            <w:shd w:fill="F3F5F7"/>
          </w:tcPr>
          <w:p>
            <w:pPr>
              <w:spacing w:after="0" w:line="240" w:lineRule="auto"/>
            </w:pPr>
            <w:r/>
            <w:r>
              <w:rPr>
                <w:rFonts w:ascii="Arial" w:hAnsi="Arial"/>
                <w:b/>
                <w:color w:val="12324A"/>
                <w:sz w:val="17"/>
              </w:rPr>
              <w:t>Financial qualification</w:t>
            </w:r>
          </w:p>
        </w:tc>
        <w:tc>
          <w:tcPr>
            <w:tcW w:type="dxa" w:w="6768"/>
            <w:vAlign w:val="center"/>
            <w:tcMar>
              <w:top w:w="80" w:type="dxa"/>
              <w:start w:w="110" w:type="dxa"/>
              <w:bottom w:w="80" w:type="dxa"/>
              <w:end w:w="110" w:type="dxa"/>
            </w:tcMar>
          </w:tcPr>
          <w:p>
            <w:pPr>
              <w:spacing w:after="0" w:line="240" w:lineRule="auto"/>
            </w:pPr>
            <w:r/>
            <w:r>
              <w:rPr>
                <w:rFonts w:ascii="Arial" w:hAnsi="Arial"/>
                <w:b w:val="0"/>
                <w:color w:val="12324A"/>
                <w:sz w:val="17"/>
              </w:rPr>
              <w:t>☐ Certified prequalification letter  ☐ Proof of cash/funds</w:t>
              <w:br/>
              <w:t>☐ Deposit evidence  ☐ Financing terms/approval conditions</w:t>
            </w:r>
          </w:p>
        </w:tc>
      </w:tr>
      <w:tr>
        <w:trPr>
          <w:cantSplit/>
        </w:trPr>
        <w:tc>
          <w:tcPr>
            <w:tcW w:type="dxa" w:w="3024"/>
            <w:vAlign w:val="center"/>
            <w:tcMar>
              <w:top w:w="80" w:type="dxa"/>
              <w:start w:w="110" w:type="dxa"/>
              <w:bottom w:w="80" w:type="dxa"/>
              <w:end w:w="110" w:type="dxa"/>
            </w:tcMar>
            <w:shd w:fill="F3F5F7"/>
          </w:tcPr>
          <w:p>
            <w:pPr>
              <w:spacing w:after="0" w:line="240" w:lineRule="auto"/>
            </w:pPr>
            <w:r/>
            <w:r>
              <w:rPr>
                <w:rFonts w:ascii="Arial" w:hAnsi="Arial"/>
                <w:b/>
                <w:color w:val="12324A"/>
                <w:sz w:val="17"/>
              </w:rPr>
              <w:t>Source verification</w:t>
            </w:r>
          </w:p>
        </w:tc>
        <w:tc>
          <w:tcPr>
            <w:tcW w:type="dxa" w:w="6768"/>
            <w:vAlign w:val="center"/>
            <w:tcMar>
              <w:top w:w="80" w:type="dxa"/>
              <w:start w:w="110" w:type="dxa"/>
              <w:bottom w:w="80" w:type="dxa"/>
              <w:end w:w="110" w:type="dxa"/>
            </w:tcMar>
          </w:tcPr>
          <w:p>
            <w:pPr>
              <w:spacing w:after="0" w:line="240" w:lineRule="auto"/>
            </w:pPr>
            <w:r/>
            <w:r>
              <w:rPr>
                <w:rFonts w:ascii="Arial" w:hAnsi="Arial"/>
                <w:b w:val="0"/>
                <w:color w:val="12324A"/>
                <w:sz w:val="17"/>
              </w:rPr>
              <w:t>☐ Bank/investment statement  ☐ Employment/business evidence</w:t>
              <w:br/>
              <w:t>☐ Property sale agreement  ☐ Gift letter/donor KYC  ☐ Inheritance evidence</w:t>
            </w:r>
          </w:p>
        </w:tc>
      </w:tr>
      <w:tr>
        <w:trPr>
          <w:cantSplit/>
        </w:trPr>
        <w:tc>
          <w:tcPr>
            <w:tcW w:type="dxa" w:w="3024"/>
            <w:vAlign w:val="center"/>
            <w:tcMar>
              <w:top w:w="80" w:type="dxa"/>
              <w:start w:w="110" w:type="dxa"/>
              <w:bottom w:w="80" w:type="dxa"/>
              <w:end w:w="110" w:type="dxa"/>
            </w:tcMar>
            <w:shd w:fill="F3F5F7"/>
          </w:tcPr>
          <w:p>
            <w:pPr>
              <w:spacing w:after="0" w:line="240" w:lineRule="auto"/>
            </w:pPr>
            <w:r/>
            <w:r>
              <w:rPr>
                <w:rFonts w:ascii="Arial" w:hAnsi="Arial"/>
                <w:b/>
                <w:color w:val="12324A"/>
                <w:sz w:val="17"/>
              </w:rPr>
              <w:t>Corporate / trust buyer</w:t>
            </w:r>
          </w:p>
        </w:tc>
        <w:tc>
          <w:tcPr>
            <w:tcW w:type="dxa" w:w="6768"/>
            <w:vAlign w:val="center"/>
            <w:tcMar>
              <w:top w:w="80" w:type="dxa"/>
              <w:start w:w="110" w:type="dxa"/>
              <w:bottom w:w="80" w:type="dxa"/>
              <w:end w:w="110" w:type="dxa"/>
            </w:tcMar>
          </w:tcPr>
          <w:p>
            <w:pPr>
              <w:spacing w:after="0" w:line="240" w:lineRule="auto"/>
            </w:pPr>
            <w:r/>
            <w:r>
              <w:rPr>
                <w:rFonts w:ascii="Arial" w:hAnsi="Arial"/>
                <w:b w:val="0"/>
                <w:color w:val="12324A"/>
                <w:sz w:val="17"/>
              </w:rPr>
              <w:t>☐ Certificate of Incorporation  ☐ Register of Directors/Officers</w:t>
              <w:br/>
              <w:t>☐ Shareholder/beneficial owner register  ☐ Resolution  ☐ Trust/partnership documents</w:t>
            </w:r>
          </w:p>
        </w:tc>
      </w:tr>
      <w:tr>
        <w:trPr>
          <w:cantSplit/>
        </w:trPr>
        <w:tc>
          <w:tcPr>
            <w:tcW w:type="dxa" w:w="3024"/>
            <w:vAlign w:val="center"/>
            <w:tcMar>
              <w:top w:w="80" w:type="dxa"/>
              <w:start w:w="110" w:type="dxa"/>
              <w:bottom w:w="80" w:type="dxa"/>
              <w:end w:w="110" w:type="dxa"/>
            </w:tcMar>
            <w:shd w:fill="F3F5F7"/>
          </w:tcPr>
          <w:p>
            <w:pPr>
              <w:spacing w:after="0" w:line="240" w:lineRule="auto"/>
            </w:pPr>
            <w:r/>
            <w:r>
              <w:rPr>
                <w:rFonts w:ascii="Arial" w:hAnsi="Arial"/>
                <w:b/>
                <w:color w:val="12324A"/>
                <w:sz w:val="17"/>
              </w:rPr>
              <w:t>Representative authority</w:t>
            </w:r>
          </w:p>
        </w:tc>
        <w:tc>
          <w:tcPr>
            <w:tcW w:type="dxa" w:w="6768"/>
            <w:vAlign w:val="center"/>
            <w:tcMar>
              <w:top w:w="80" w:type="dxa"/>
              <w:start w:w="110" w:type="dxa"/>
              <w:bottom w:w="80" w:type="dxa"/>
              <w:end w:w="110" w:type="dxa"/>
            </w:tcMar>
          </w:tcPr>
          <w:p>
            <w:pPr>
              <w:spacing w:after="0" w:line="240" w:lineRule="auto"/>
            </w:pPr>
            <w:r/>
            <w:r>
              <w:rPr>
                <w:rFonts w:ascii="Arial" w:hAnsi="Arial"/>
                <w:b w:val="0"/>
                <w:color w:val="12324A"/>
                <w:sz w:val="17"/>
              </w:rPr>
              <w:t>☐ Power of Attorney  ☐ Corporate resolution  ☐ Court/estate authority</w:t>
            </w:r>
          </w:p>
        </w:tc>
      </w:tr>
      <w:tr>
        <w:trPr>
          <w:cantSplit/>
        </w:trPr>
        <w:tc>
          <w:tcPr>
            <w:tcW w:type="dxa" w:w="3024"/>
            <w:vAlign w:val="center"/>
            <w:tcMar>
              <w:top w:w="80" w:type="dxa"/>
              <w:start w:w="110" w:type="dxa"/>
              <w:bottom w:w="80" w:type="dxa"/>
              <w:end w:w="110" w:type="dxa"/>
            </w:tcMar>
            <w:shd w:fill="F3F5F7"/>
          </w:tcPr>
          <w:p>
            <w:pPr>
              <w:spacing w:after="0" w:line="240" w:lineRule="auto"/>
            </w:pPr>
            <w:r/>
            <w:r>
              <w:rPr>
                <w:rFonts w:ascii="Arial" w:hAnsi="Arial"/>
                <w:b/>
                <w:color w:val="12324A"/>
                <w:sz w:val="17"/>
              </w:rPr>
              <w:t>Transaction support</w:t>
            </w:r>
          </w:p>
        </w:tc>
        <w:tc>
          <w:tcPr>
            <w:tcW w:type="dxa" w:w="6768"/>
            <w:vAlign w:val="center"/>
            <w:tcMar>
              <w:top w:w="80" w:type="dxa"/>
              <w:start w:w="110" w:type="dxa"/>
              <w:bottom w:w="80" w:type="dxa"/>
              <w:end w:w="110" w:type="dxa"/>
            </w:tcMar>
          </w:tcPr>
          <w:p>
            <w:pPr>
              <w:spacing w:after="0" w:line="240" w:lineRule="auto"/>
            </w:pPr>
            <w:r/>
            <w:r>
              <w:rPr>
                <w:rFonts w:ascii="Arial" w:hAnsi="Arial"/>
                <w:b w:val="0"/>
                <w:color w:val="12324A"/>
                <w:sz w:val="17"/>
              </w:rPr>
              <w:t>☐ Attorney contact  ☐ Existing property sale documents</w:t>
              <w:br/>
              <w:t>☐ Other documents requested by compliance, lender or counsel</w:t>
            </w:r>
          </w:p>
        </w:tc>
      </w:tr>
    </w:tbl>
    <w:p>
      <w:pPr>
        <w:spacing w:after="20"/>
      </w:pPr>
    </w:p>
    <w:p>
      <w:pPr>
        <w:spacing w:after="100"/>
      </w:pPr>
      <w:r>
        <w:rPr>
          <w:i/>
          <w:color w:val="5E6872"/>
          <w:sz w:val="17"/>
        </w:rPr>
        <w:t>SeaStone Homes Bahamas Ltd. may request additional documents or independent verification based on the client’s risk profile, ownership structure, funding source, property type or transaction circumstances.</w:t>
      </w:r>
    </w:p>
    <w:p>
      <w:pPr>
        <w:keepNext/>
        <w:spacing w:before="160" w:after="80"/>
        <w:shd w:fill="12324A"/>
      </w:pPr>
      <w:r>
        <w:rPr>
          <w:rFonts w:ascii="Arial" w:hAnsi="Arial"/>
          <w:b/>
          <w:color w:val="FFFFFF"/>
          <w:sz w:val="22"/>
        </w:rPr>
        <w:t>13.  CLIENT DECLARATIONS, CONSENTS AND ACKNOWLEDGEMENTS</w:t>
      </w:r>
    </w:p>
    <w:p>
      <w:pPr>
        <w:spacing w:after="80"/>
        <w:ind w:left="259" w:hanging="259"/>
      </w:pPr>
      <w:r>
        <w:rPr>
          <w:b/>
        </w:rPr>
        <w:t xml:space="preserve">☐ </w:t>
      </w:r>
      <w:r>
        <w:t>I certify that the information and documents provided are true, complete, current and not misleading, and I will promptly disclose any material change.</w:t>
      </w:r>
    </w:p>
    <w:p>
      <w:pPr>
        <w:spacing w:after="80"/>
        <w:ind w:left="259" w:hanging="259"/>
      </w:pPr>
      <w:r>
        <w:rPr>
          <w:b/>
        </w:rPr>
        <w:t xml:space="preserve">☐ </w:t>
      </w:r>
      <w:r>
        <w:t>I confirm that all funds used for the acquisition will be derived from lawful sources and that I am not acting for an undisclosed principal or beneficial owner.</w:t>
      </w:r>
    </w:p>
    <w:p>
      <w:pPr>
        <w:spacing w:after="80"/>
        <w:ind w:left="259" w:hanging="259"/>
      </w:pPr>
      <w:r>
        <w:rPr>
          <w:b/>
        </w:rPr>
        <w:t xml:space="preserve">☐ </w:t>
      </w:r>
      <w:r>
        <w:t>I authorize reasonable identity, sanctions, PEP, beneficial ownership, source-of-funds, financing and other due-diligence checks and lawful verification with my lender, attorney, employer, accountant or financial institution.</w:t>
      </w:r>
    </w:p>
    <w:p>
      <w:pPr>
        <w:spacing w:after="80"/>
        <w:ind w:left="259" w:hanging="259"/>
      </w:pPr>
      <w:r>
        <w:rPr>
          <w:b/>
        </w:rPr>
        <w:t xml:space="preserve">☐ </w:t>
      </w:r>
      <w:r>
        <w:t>I consent to the collection, use, secure retention and lawful disclosure of information for onboarding, AML/CFT compliance, property matching, viewings, offer preparation, transaction administration, professional advice and regulatory reporting obligations.</w:t>
      </w:r>
    </w:p>
    <w:p>
      <w:pPr>
        <w:spacing w:after="80"/>
        <w:ind w:left="259" w:hanging="259"/>
      </w:pPr>
      <w:r>
        <w:rPr>
          <w:b/>
        </w:rPr>
        <w:t xml:space="preserve">☐ </w:t>
      </w:r>
      <w:r>
        <w:t>I understand that SeaStone Homes Bahamas Ltd. may decline, suspend or terminate services, request enhanced due diligence, or refrain from proceeding where legal, compliance, conflict, financing or reputational concerns cannot be satisfactorily resolved.</w:t>
      </w:r>
    </w:p>
    <w:p>
      <w:pPr>
        <w:spacing w:after="80"/>
        <w:ind w:left="259" w:hanging="259"/>
      </w:pPr>
      <w:r>
        <w:rPr>
          <w:b/>
        </w:rPr>
        <w:t xml:space="preserve">☐ </w:t>
      </w:r>
      <w:r>
        <w:t>I understand that property information supplied by sellers, listing agents, appraisers or other sources must be independently verified through appropriate due diligence.</w:t>
      </w:r>
    </w:p>
    <w:p>
      <w:pPr>
        <w:spacing w:after="80"/>
        <w:ind w:left="259" w:hanging="259"/>
      </w:pPr>
      <w:r>
        <w:rPr>
          <w:b/>
        </w:rPr>
        <w:t xml:space="preserve">☐ </w:t>
      </w:r>
      <w:r>
        <w:t>I understand that SeaStone Homes Bahamas Ltd. does not guarantee financing, property condition, title, valuation, investment performance, rental income, government approval, offer acceptance or closing.</w:t>
      </w:r>
    </w:p>
    <w:p>
      <w:pPr>
        <w:spacing w:after="80"/>
        <w:ind w:left="259" w:hanging="259"/>
      </w:pPr>
      <w:r>
        <w:rPr>
          <w:b/>
        </w:rPr>
        <w:t xml:space="preserve">☐ </w:t>
      </w:r>
      <w:r>
        <w:t>I understand that this intake form is not an offer, sale agreement, loan application, legal opinion or exclusive buyer-representation agreement. Any agency relationship or transaction terms must be documented separately.</w:t>
      </w:r>
    </w:p>
    <w:p>
      <w:pPr>
        <w:spacing w:after="80"/>
        <w:ind w:left="259" w:hanging="259"/>
      </w:pPr>
      <w:r>
        <w:rPr>
          <w:b/>
        </w:rPr>
        <w:t xml:space="preserve">☐ </w:t>
      </w:r>
      <w:r>
        <w:t>I authorize SeaStone Homes Bahamas Ltd. to contact me by the communication methods selected regarding suitable properties and related transaction services.</w:t>
      </w:r>
    </w:p>
    <w:p>
      <w:pPr>
        <w:keepNext/>
        <w:spacing w:before="160" w:after="80"/>
        <w:shd w:fill="12324A"/>
      </w:pPr>
      <w:r>
        <w:rPr>
          <w:rFonts w:ascii="Arial" w:hAnsi="Arial"/>
          <w:b/>
          <w:color w:val="FFFFFF"/>
          <w:sz w:val="22"/>
        </w:rPr>
        <w:t>14.  SIGNATURES</w:t>
      </w:r>
    </w:p>
    <w:tbl>
      <w:tblPr>
        <w:tblW w:type="auto" w:w="0"/>
        <w:jc w:val="center"/>
        <w:tblLayout w:type="fixed"/>
        <w:tblLook w:firstColumn="1" w:firstRow="1" w:lastColumn="0" w:lastRow="0" w:noHBand="0" w:noVBand="1" w:val="04A0"/>
      </w:tblPr>
      <w:tblGrid>
        <w:gridCol w:w="5083"/>
        <w:gridCol w:w="5083"/>
      </w:tblGrid>
      <w:tr>
        <w:trPr>
          <w:cantSplit/>
        </w:trPr>
        <w:tc>
          <w:tcPr>
            <w:tcW w:type="dxa" w:w="3024"/>
            <w:vAlign w:val="center"/>
            <w:tcMar>
              <w:top w:w="80" w:type="dxa"/>
              <w:start w:w="110" w:type="dxa"/>
              <w:bottom w:w="80" w:type="dxa"/>
              <w:end w:w="110" w:type="dxa"/>
            </w:tcMar>
            <w:shd w:fill="F3F5F7"/>
          </w:tcPr>
          <w:p>
            <w:pPr>
              <w:spacing w:after="0" w:line="240" w:lineRule="auto"/>
            </w:pPr>
            <w:r/>
            <w:r>
              <w:rPr>
                <w:rFonts w:ascii="Arial" w:hAnsi="Arial"/>
                <w:b/>
                <w:color w:val="12324A"/>
                <w:sz w:val="17"/>
              </w:rPr>
              <w:t>Primary buyer / client</w:t>
            </w:r>
          </w:p>
        </w:tc>
        <w:tc>
          <w:tcPr>
            <w:tcW w:type="dxa" w:w="6768"/>
            <w:vAlign w:val="center"/>
            <w:tcMar>
              <w:top w:w="80" w:type="dxa"/>
              <w:start w:w="110" w:type="dxa"/>
              <w:bottom w:w="80" w:type="dxa"/>
              <w:end w:w="110" w:type="dxa"/>
            </w:tcMar>
          </w:tcPr>
          <w:p>
            <w:pPr>
              <w:spacing w:after="0" w:line="240" w:lineRule="auto"/>
            </w:pPr>
            <w:r/>
            <w:r>
              <w:rPr>
                <w:rFonts w:ascii="Arial" w:hAnsi="Arial"/>
                <w:b w:val="0"/>
                <w:color w:val="12324A"/>
                <w:sz w:val="17"/>
              </w:rPr>
              <w:t>Signature: __________________________________  Date: ____/____/______</w:t>
              <w:br/>
              <w:t>Print name: ______________________________________________________</w:t>
            </w:r>
          </w:p>
        </w:tc>
      </w:tr>
      <w:tr>
        <w:trPr>
          <w:cantSplit/>
        </w:trPr>
        <w:tc>
          <w:tcPr>
            <w:tcW w:type="dxa" w:w="3024"/>
            <w:vAlign w:val="center"/>
            <w:tcMar>
              <w:top w:w="80" w:type="dxa"/>
              <w:start w:w="110" w:type="dxa"/>
              <w:bottom w:w="80" w:type="dxa"/>
              <w:end w:w="110" w:type="dxa"/>
            </w:tcMar>
            <w:shd w:fill="F3F5F7"/>
          </w:tcPr>
          <w:p>
            <w:pPr>
              <w:spacing w:after="0" w:line="240" w:lineRule="auto"/>
            </w:pPr>
            <w:r/>
            <w:r>
              <w:rPr>
                <w:rFonts w:ascii="Arial" w:hAnsi="Arial"/>
                <w:b/>
                <w:color w:val="12324A"/>
                <w:sz w:val="17"/>
              </w:rPr>
              <w:t>Joint buyer / co-client</w:t>
            </w:r>
          </w:p>
        </w:tc>
        <w:tc>
          <w:tcPr>
            <w:tcW w:type="dxa" w:w="6768"/>
            <w:vAlign w:val="center"/>
            <w:tcMar>
              <w:top w:w="80" w:type="dxa"/>
              <w:start w:w="110" w:type="dxa"/>
              <w:bottom w:w="80" w:type="dxa"/>
              <w:end w:w="110" w:type="dxa"/>
            </w:tcMar>
          </w:tcPr>
          <w:p>
            <w:pPr>
              <w:spacing w:after="0" w:line="240" w:lineRule="auto"/>
            </w:pPr>
            <w:r/>
            <w:r>
              <w:rPr>
                <w:rFonts w:ascii="Arial" w:hAnsi="Arial"/>
                <w:b w:val="0"/>
                <w:color w:val="12324A"/>
                <w:sz w:val="17"/>
              </w:rPr>
              <w:t>Signature: __________________________________  Date: ____/____/______</w:t>
              <w:br/>
              <w:t>Print name: ______________________________________________________</w:t>
            </w:r>
          </w:p>
        </w:tc>
      </w:tr>
      <w:tr>
        <w:trPr>
          <w:cantSplit/>
        </w:trPr>
        <w:tc>
          <w:tcPr>
            <w:tcW w:type="dxa" w:w="3024"/>
            <w:vAlign w:val="center"/>
            <w:tcMar>
              <w:top w:w="80" w:type="dxa"/>
              <w:start w:w="110" w:type="dxa"/>
              <w:bottom w:w="80" w:type="dxa"/>
              <w:end w:w="110" w:type="dxa"/>
            </w:tcMar>
            <w:shd w:fill="F3F5F7"/>
          </w:tcPr>
          <w:p>
            <w:pPr>
              <w:spacing w:after="0" w:line="240" w:lineRule="auto"/>
            </w:pPr>
            <w:r/>
            <w:r>
              <w:rPr>
                <w:rFonts w:ascii="Arial" w:hAnsi="Arial"/>
                <w:b/>
                <w:color w:val="12324A"/>
                <w:sz w:val="17"/>
              </w:rPr>
              <w:t>Authorized representative</w:t>
            </w:r>
          </w:p>
        </w:tc>
        <w:tc>
          <w:tcPr>
            <w:tcW w:type="dxa" w:w="6768"/>
            <w:vAlign w:val="center"/>
            <w:tcMar>
              <w:top w:w="80" w:type="dxa"/>
              <w:start w:w="110" w:type="dxa"/>
              <w:bottom w:w="80" w:type="dxa"/>
              <w:end w:w="110" w:type="dxa"/>
            </w:tcMar>
          </w:tcPr>
          <w:p>
            <w:pPr>
              <w:spacing w:after="0" w:line="240" w:lineRule="auto"/>
            </w:pPr>
            <w:r/>
            <w:r>
              <w:rPr>
                <w:rFonts w:ascii="Arial" w:hAnsi="Arial"/>
                <w:b w:val="0"/>
                <w:color w:val="12324A"/>
                <w:sz w:val="17"/>
              </w:rPr>
              <w:t>Signature: __________________________________  Date: ____/____/______</w:t>
              <w:br/>
              <w:t>Print name / capacity: _____________________________________________</w:t>
            </w:r>
          </w:p>
        </w:tc>
      </w:tr>
      <w:tr>
        <w:trPr>
          <w:cantSplit/>
        </w:trPr>
        <w:tc>
          <w:tcPr>
            <w:tcW w:type="dxa" w:w="3024"/>
            <w:vAlign w:val="center"/>
            <w:tcMar>
              <w:top w:w="80" w:type="dxa"/>
              <w:start w:w="110" w:type="dxa"/>
              <w:bottom w:w="80" w:type="dxa"/>
              <w:end w:w="110" w:type="dxa"/>
            </w:tcMar>
            <w:shd w:fill="F3F5F7"/>
          </w:tcPr>
          <w:p>
            <w:pPr>
              <w:spacing w:after="0" w:line="240" w:lineRule="auto"/>
            </w:pPr>
            <w:r/>
            <w:r>
              <w:rPr>
                <w:rFonts w:ascii="Arial" w:hAnsi="Arial"/>
                <w:b/>
                <w:color w:val="12324A"/>
                <w:sz w:val="17"/>
              </w:rPr>
              <w:t>Witness</w:t>
            </w:r>
          </w:p>
        </w:tc>
        <w:tc>
          <w:tcPr>
            <w:tcW w:type="dxa" w:w="6768"/>
            <w:vAlign w:val="center"/>
            <w:tcMar>
              <w:top w:w="80" w:type="dxa"/>
              <w:start w:w="110" w:type="dxa"/>
              <w:bottom w:w="80" w:type="dxa"/>
              <w:end w:w="110" w:type="dxa"/>
            </w:tcMar>
          </w:tcPr>
          <w:p>
            <w:pPr>
              <w:spacing w:after="0" w:line="240" w:lineRule="auto"/>
            </w:pPr>
            <w:r/>
            <w:r>
              <w:rPr>
                <w:rFonts w:ascii="Arial" w:hAnsi="Arial"/>
                <w:b w:val="0"/>
                <w:color w:val="12324A"/>
                <w:sz w:val="17"/>
              </w:rPr>
              <w:t>Signature: __________________________________  Date: ____/____/______</w:t>
              <w:br/>
              <w:t>Print name: ______________________________________________________</w:t>
            </w:r>
          </w:p>
        </w:tc>
      </w:tr>
    </w:tbl>
    <w:p>
      <w:pPr>
        <w:spacing w:after="20"/>
      </w:pPr>
    </w:p>
    <w:p>
      <w:pPr>
        <w:keepNext/>
        <w:spacing w:before="160" w:after="80"/>
        <w:shd w:fill="12324A"/>
      </w:pPr>
      <w:r>
        <w:rPr>
          <w:rFonts w:ascii="Arial" w:hAnsi="Arial"/>
          <w:b/>
          <w:color w:val="FFFFFF"/>
          <w:sz w:val="22"/>
        </w:rPr>
        <w:t>15.  FOR SEASTONE HOMES BAHAMAS LTD. USE ONLY</w:t>
      </w:r>
    </w:p>
    <w:tbl>
      <w:tblPr>
        <w:tblW w:type="auto" w:w="0"/>
        <w:jc w:val="center"/>
        <w:tblLayout w:type="fixed"/>
        <w:tblLook w:firstColumn="1" w:firstRow="1" w:lastColumn="0" w:lastRow="0" w:noHBand="0" w:noVBand="1" w:val="04A0"/>
      </w:tblPr>
      <w:tblGrid>
        <w:gridCol w:w="5083"/>
        <w:gridCol w:w="5083"/>
      </w:tblGrid>
      <w:tr>
        <w:trPr>
          <w:cantSplit/>
        </w:trPr>
        <w:tc>
          <w:tcPr>
            <w:tcW w:type="dxa" w:w="3024"/>
            <w:vAlign w:val="center"/>
            <w:tcMar>
              <w:top w:w="80" w:type="dxa"/>
              <w:start w:w="110" w:type="dxa"/>
              <w:bottom w:w="80" w:type="dxa"/>
              <w:end w:w="110" w:type="dxa"/>
            </w:tcMar>
            <w:shd w:fill="F3F5F7"/>
          </w:tcPr>
          <w:p>
            <w:pPr>
              <w:spacing w:after="0" w:line="240" w:lineRule="auto"/>
            </w:pPr>
            <w:r/>
            <w:r>
              <w:rPr>
                <w:rFonts w:ascii="Arial" w:hAnsi="Arial"/>
                <w:b/>
                <w:color w:val="12324A"/>
                <w:sz w:val="17"/>
              </w:rPr>
              <w:t>Identity verification</w:t>
            </w:r>
          </w:p>
        </w:tc>
        <w:tc>
          <w:tcPr>
            <w:tcW w:type="dxa" w:w="6768"/>
            <w:vAlign w:val="center"/>
            <w:tcMar>
              <w:top w:w="80" w:type="dxa"/>
              <w:start w:w="110" w:type="dxa"/>
              <w:bottom w:w="80" w:type="dxa"/>
              <w:end w:w="110" w:type="dxa"/>
            </w:tcMar>
          </w:tcPr>
          <w:p>
            <w:pPr>
              <w:spacing w:after="0" w:line="240" w:lineRule="auto"/>
            </w:pPr>
            <w:r/>
            <w:r>
              <w:rPr>
                <w:rFonts w:ascii="Arial" w:hAnsi="Arial"/>
                <w:b w:val="0"/>
                <w:color w:val="12324A"/>
                <w:sz w:val="17"/>
              </w:rPr>
              <w:t>☐ Complete  ☐ Pending  ID verified by: __________________  Date: _________</w:t>
            </w:r>
          </w:p>
        </w:tc>
      </w:tr>
      <w:tr>
        <w:trPr>
          <w:cantSplit/>
        </w:trPr>
        <w:tc>
          <w:tcPr>
            <w:tcW w:type="dxa" w:w="3024"/>
            <w:vAlign w:val="center"/>
            <w:tcMar>
              <w:top w:w="80" w:type="dxa"/>
              <w:start w:w="110" w:type="dxa"/>
              <w:bottom w:w="80" w:type="dxa"/>
              <w:end w:w="110" w:type="dxa"/>
            </w:tcMar>
            <w:shd w:fill="F3F5F7"/>
          </w:tcPr>
          <w:p>
            <w:pPr>
              <w:spacing w:after="0" w:line="240" w:lineRule="auto"/>
            </w:pPr>
            <w:r/>
            <w:r>
              <w:rPr>
                <w:rFonts w:ascii="Arial" w:hAnsi="Arial"/>
                <w:b/>
                <w:color w:val="12324A"/>
                <w:sz w:val="17"/>
              </w:rPr>
              <w:t>Address verification</w:t>
            </w:r>
          </w:p>
        </w:tc>
        <w:tc>
          <w:tcPr>
            <w:tcW w:type="dxa" w:w="6768"/>
            <w:vAlign w:val="center"/>
            <w:tcMar>
              <w:top w:w="80" w:type="dxa"/>
              <w:start w:w="110" w:type="dxa"/>
              <w:bottom w:w="80" w:type="dxa"/>
              <w:end w:w="110" w:type="dxa"/>
            </w:tcMar>
          </w:tcPr>
          <w:p>
            <w:pPr>
              <w:spacing w:after="0" w:line="240" w:lineRule="auto"/>
            </w:pPr>
            <w:r/>
            <w:r>
              <w:rPr>
                <w:rFonts w:ascii="Arial" w:hAnsi="Arial"/>
                <w:b w:val="0"/>
                <w:color w:val="12324A"/>
                <w:sz w:val="17"/>
              </w:rPr>
              <w:t>☐ Complete  ☐ Pending  Document/date: _____________________________</w:t>
            </w:r>
          </w:p>
        </w:tc>
      </w:tr>
      <w:tr>
        <w:trPr>
          <w:cantSplit/>
        </w:trPr>
        <w:tc>
          <w:tcPr>
            <w:tcW w:type="dxa" w:w="3024"/>
            <w:vAlign w:val="center"/>
            <w:tcMar>
              <w:top w:w="80" w:type="dxa"/>
              <w:start w:w="110" w:type="dxa"/>
              <w:bottom w:w="80" w:type="dxa"/>
              <w:end w:w="110" w:type="dxa"/>
            </w:tcMar>
            <w:shd w:fill="F3F5F7"/>
          </w:tcPr>
          <w:p>
            <w:pPr>
              <w:spacing w:after="0" w:line="240" w:lineRule="auto"/>
            </w:pPr>
            <w:r/>
            <w:r>
              <w:rPr>
                <w:rFonts w:ascii="Arial" w:hAnsi="Arial"/>
                <w:b/>
                <w:color w:val="12324A"/>
                <w:sz w:val="17"/>
              </w:rPr>
              <w:t>Beneficial ownership</w:t>
            </w:r>
          </w:p>
        </w:tc>
        <w:tc>
          <w:tcPr>
            <w:tcW w:type="dxa" w:w="6768"/>
            <w:vAlign w:val="center"/>
            <w:tcMar>
              <w:top w:w="80" w:type="dxa"/>
              <w:start w:w="110" w:type="dxa"/>
              <w:bottom w:w="80" w:type="dxa"/>
              <w:end w:w="110" w:type="dxa"/>
            </w:tcMar>
          </w:tcPr>
          <w:p>
            <w:pPr>
              <w:spacing w:after="0" w:line="240" w:lineRule="auto"/>
            </w:pPr>
            <w:r/>
            <w:r>
              <w:rPr>
                <w:rFonts w:ascii="Arial" w:hAnsi="Arial"/>
                <w:b w:val="0"/>
                <w:color w:val="12324A"/>
                <w:sz w:val="17"/>
              </w:rPr>
              <w:t>☐ Not applicable  ☐ Verified  ☐ Enhanced review required</w:t>
            </w:r>
          </w:p>
        </w:tc>
      </w:tr>
      <w:tr>
        <w:trPr>
          <w:cantSplit/>
        </w:trPr>
        <w:tc>
          <w:tcPr>
            <w:tcW w:type="dxa" w:w="3024"/>
            <w:vAlign w:val="center"/>
            <w:tcMar>
              <w:top w:w="80" w:type="dxa"/>
              <w:start w:w="110" w:type="dxa"/>
              <w:bottom w:w="80" w:type="dxa"/>
              <w:end w:w="110" w:type="dxa"/>
            </w:tcMar>
            <w:shd w:fill="F3F5F7"/>
          </w:tcPr>
          <w:p>
            <w:pPr>
              <w:spacing w:after="0" w:line="240" w:lineRule="auto"/>
            </w:pPr>
            <w:r/>
            <w:r>
              <w:rPr>
                <w:rFonts w:ascii="Arial" w:hAnsi="Arial"/>
                <w:b/>
                <w:color w:val="12324A"/>
                <w:sz w:val="17"/>
              </w:rPr>
              <w:t>PEP / sanctions screening</w:t>
            </w:r>
          </w:p>
        </w:tc>
        <w:tc>
          <w:tcPr>
            <w:tcW w:type="dxa" w:w="6768"/>
            <w:vAlign w:val="center"/>
            <w:tcMar>
              <w:top w:w="80" w:type="dxa"/>
              <w:start w:w="110" w:type="dxa"/>
              <w:bottom w:w="80" w:type="dxa"/>
              <w:end w:w="110" w:type="dxa"/>
            </w:tcMar>
          </w:tcPr>
          <w:p>
            <w:pPr>
              <w:spacing w:after="0" w:line="240" w:lineRule="auto"/>
            </w:pPr>
            <w:r/>
            <w:r>
              <w:rPr>
                <w:rFonts w:ascii="Arial" w:hAnsi="Arial"/>
                <w:b w:val="0"/>
                <w:color w:val="12324A"/>
                <w:sz w:val="17"/>
              </w:rPr>
              <w:t>☐ Clear  ☐ Potential match escalated  Date: __________  Reviewer: ________</w:t>
            </w:r>
          </w:p>
        </w:tc>
      </w:tr>
      <w:tr>
        <w:trPr>
          <w:cantSplit/>
        </w:trPr>
        <w:tc>
          <w:tcPr>
            <w:tcW w:type="dxa" w:w="3024"/>
            <w:vAlign w:val="center"/>
            <w:tcMar>
              <w:top w:w="80" w:type="dxa"/>
              <w:start w:w="110" w:type="dxa"/>
              <w:bottom w:w="80" w:type="dxa"/>
              <w:end w:w="110" w:type="dxa"/>
            </w:tcMar>
            <w:shd w:fill="F3F5F7"/>
          </w:tcPr>
          <w:p>
            <w:pPr>
              <w:spacing w:after="0" w:line="240" w:lineRule="auto"/>
            </w:pPr>
            <w:r/>
            <w:r>
              <w:rPr>
                <w:rFonts w:ascii="Arial" w:hAnsi="Arial"/>
                <w:b/>
                <w:color w:val="12324A"/>
                <w:sz w:val="17"/>
              </w:rPr>
              <w:t>Source of funds / wealth</w:t>
            </w:r>
          </w:p>
        </w:tc>
        <w:tc>
          <w:tcPr>
            <w:tcW w:type="dxa" w:w="6768"/>
            <w:vAlign w:val="center"/>
            <w:tcMar>
              <w:top w:w="80" w:type="dxa"/>
              <w:start w:w="110" w:type="dxa"/>
              <w:bottom w:w="80" w:type="dxa"/>
              <w:end w:w="110" w:type="dxa"/>
            </w:tcMar>
          </w:tcPr>
          <w:p>
            <w:pPr>
              <w:spacing w:after="0" w:line="240" w:lineRule="auto"/>
            </w:pPr>
            <w:r/>
            <w:r>
              <w:rPr>
                <w:rFonts w:ascii="Arial" w:hAnsi="Arial"/>
                <w:b w:val="0"/>
                <w:color w:val="12324A"/>
                <w:sz w:val="17"/>
              </w:rPr>
              <w:t>☐ Satisfactory  ☐ Pending  ☐ Enhanced verification required</w:t>
            </w:r>
          </w:p>
        </w:tc>
      </w:tr>
      <w:tr>
        <w:trPr>
          <w:cantSplit/>
        </w:trPr>
        <w:tc>
          <w:tcPr>
            <w:tcW w:type="dxa" w:w="3024"/>
            <w:vAlign w:val="center"/>
            <w:tcMar>
              <w:top w:w="80" w:type="dxa"/>
              <w:start w:w="110" w:type="dxa"/>
              <w:bottom w:w="80" w:type="dxa"/>
              <w:end w:w="110" w:type="dxa"/>
            </w:tcMar>
            <w:shd w:fill="F3F5F7"/>
          </w:tcPr>
          <w:p>
            <w:pPr>
              <w:spacing w:after="0" w:line="240" w:lineRule="auto"/>
            </w:pPr>
            <w:r/>
            <w:r>
              <w:rPr>
                <w:rFonts w:ascii="Arial" w:hAnsi="Arial"/>
                <w:b/>
                <w:color w:val="12324A"/>
                <w:sz w:val="17"/>
              </w:rPr>
              <w:t>Financial qualification</w:t>
            </w:r>
          </w:p>
        </w:tc>
        <w:tc>
          <w:tcPr>
            <w:tcW w:type="dxa" w:w="6768"/>
            <w:vAlign w:val="center"/>
            <w:tcMar>
              <w:top w:w="80" w:type="dxa"/>
              <w:start w:w="110" w:type="dxa"/>
              <w:bottom w:w="80" w:type="dxa"/>
              <w:end w:w="110" w:type="dxa"/>
            </w:tcMar>
          </w:tcPr>
          <w:p>
            <w:pPr>
              <w:spacing w:after="0" w:line="240" w:lineRule="auto"/>
            </w:pPr>
            <w:r/>
            <w:r>
              <w:rPr>
                <w:rFonts w:ascii="Arial" w:hAnsi="Arial"/>
                <w:b w:val="0"/>
                <w:color w:val="12324A"/>
                <w:sz w:val="17"/>
              </w:rPr>
              <w:t>☐ Prequalification verified  ☐ Proof of funds verified  ☐ Pending</w:t>
            </w:r>
          </w:p>
        </w:tc>
      </w:tr>
      <w:tr>
        <w:trPr>
          <w:cantSplit/>
        </w:trPr>
        <w:tc>
          <w:tcPr>
            <w:tcW w:type="dxa" w:w="3024"/>
            <w:vAlign w:val="center"/>
            <w:tcMar>
              <w:top w:w="80" w:type="dxa"/>
              <w:start w:w="110" w:type="dxa"/>
              <w:bottom w:w="80" w:type="dxa"/>
              <w:end w:w="110" w:type="dxa"/>
            </w:tcMar>
            <w:shd w:fill="F3F5F7"/>
          </w:tcPr>
          <w:p>
            <w:pPr>
              <w:spacing w:after="0" w:line="240" w:lineRule="auto"/>
            </w:pPr>
            <w:r/>
            <w:r>
              <w:rPr>
                <w:rFonts w:ascii="Arial" w:hAnsi="Arial"/>
                <w:b/>
                <w:color w:val="12324A"/>
                <w:sz w:val="17"/>
              </w:rPr>
              <w:t>Client risk rating</w:t>
            </w:r>
          </w:p>
        </w:tc>
        <w:tc>
          <w:tcPr>
            <w:tcW w:type="dxa" w:w="6768"/>
            <w:vAlign w:val="center"/>
            <w:tcMar>
              <w:top w:w="80" w:type="dxa"/>
              <w:start w:w="110" w:type="dxa"/>
              <w:bottom w:w="80" w:type="dxa"/>
              <w:end w:w="110" w:type="dxa"/>
            </w:tcMar>
          </w:tcPr>
          <w:p>
            <w:pPr>
              <w:spacing w:after="0" w:line="240" w:lineRule="auto"/>
            </w:pPr>
            <w:r/>
            <w:r>
              <w:rPr>
                <w:rFonts w:ascii="Arial" w:hAnsi="Arial"/>
                <w:b w:val="0"/>
                <w:color w:val="12324A"/>
                <w:sz w:val="17"/>
              </w:rPr>
              <w:t>☐ Low  ☐ Standard  ☐ High  ☐ Declined / outside risk appetite</w:t>
            </w:r>
          </w:p>
        </w:tc>
      </w:tr>
      <w:tr>
        <w:trPr>
          <w:cantSplit/>
        </w:trPr>
        <w:tc>
          <w:tcPr>
            <w:tcW w:type="dxa" w:w="3024"/>
            <w:vAlign w:val="center"/>
            <w:tcMar>
              <w:top w:w="80" w:type="dxa"/>
              <w:start w:w="110" w:type="dxa"/>
              <w:bottom w:w="80" w:type="dxa"/>
              <w:end w:w="110" w:type="dxa"/>
            </w:tcMar>
            <w:shd w:fill="F3F5F7"/>
          </w:tcPr>
          <w:p>
            <w:pPr>
              <w:spacing w:after="0" w:line="240" w:lineRule="auto"/>
            </w:pPr>
            <w:r/>
            <w:r>
              <w:rPr>
                <w:rFonts w:ascii="Arial" w:hAnsi="Arial"/>
                <w:b/>
                <w:color w:val="12324A"/>
                <w:sz w:val="17"/>
              </w:rPr>
              <w:t>Enhanced due diligence</w:t>
            </w:r>
          </w:p>
        </w:tc>
        <w:tc>
          <w:tcPr>
            <w:tcW w:type="dxa" w:w="6768"/>
            <w:vAlign w:val="center"/>
            <w:tcMar>
              <w:top w:w="80" w:type="dxa"/>
              <w:start w:w="110" w:type="dxa"/>
              <w:bottom w:w="80" w:type="dxa"/>
              <w:end w:w="110" w:type="dxa"/>
            </w:tcMar>
          </w:tcPr>
          <w:p>
            <w:pPr>
              <w:spacing w:after="0" w:line="240" w:lineRule="auto"/>
            </w:pPr>
            <w:r/>
            <w:r>
              <w:rPr>
                <w:rFonts w:ascii="Arial" w:hAnsi="Arial"/>
                <w:b w:val="0"/>
                <w:color w:val="12324A"/>
                <w:sz w:val="17"/>
              </w:rPr>
              <w:t>☐ Not required  ☐ Required  ☐ Completed  Date: __________________</w:t>
            </w:r>
          </w:p>
        </w:tc>
      </w:tr>
      <w:tr>
        <w:trPr>
          <w:cantSplit/>
        </w:trPr>
        <w:tc>
          <w:tcPr>
            <w:tcW w:type="dxa" w:w="3024"/>
            <w:vAlign w:val="center"/>
            <w:tcMar>
              <w:top w:w="80" w:type="dxa"/>
              <w:start w:w="110" w:type="dxa"/>
              <w:bottom w:w="80" w:type="dxa"/>
              <w:end w:w="110" w:type="dxa"/>
            </w:tcMar>
            <w:shd w:fill="F3F5F7"/>
          </w:tcPr>
          <w:p>
            <w:pPr>
              <w:spacing w:after="0" w:line="240" w:lineRule="auto"/>
            </w:pPr>
            <w:r/>
            <w:r>
              <w:rPr>
                <w:rFonts w:ascii="Arial" w:hAnsi="Arial"/>
                <w:b/>
                <w:color w:val="12324A"/>
                <w:sz w:val="17"/>
              </w:rPr>
              <w:t>Conflict / agency check</w:t>
            </w:r>
          </w:p>
        </w:tc>
        <w:tc>
          <w:tcPr>
            <w:tcW w:type="dxa" w:w="6768"/>
            <w:vAlign w:val="center"/>
            <w:tcMar>
              <w:top w:w="80" w:type="dxa"/>
              <w:start w:w="110" w:type="dxa"/>
              <w:bottom w:w="80" w:type="dxa"/>
              <w:end w:w="110" w:type="dxa"/>
            </w:tcMar>
          </w:tcPr>
          <w:p>
            <w:pPr>
              <w:spacing w:after="0" w:line="240" w:lineRule="auto"/>
            </w:pPr>
            <w:r/>
            <w:r>
              <w:rPr>
                <w:rFonts w:ascii="Arial" w:hAnsi="Arial"/>
                <w:b w:val="0"/>
                <w:color w:val="12324A"/>
                <w:sz w:val="17"/>
              </w:rPr>
              <w:t>☐ Clear  ☐ Existing representation disclosed  ☐ Escalated</w:t>
            </w:r>
          </w:p>
        </w:tc>
      </w:tr>
      <w:tr>
        <w:trPr>
          <w:cantSplit/>
        </w:trPr>
        <w:tc>
          <w:tcPr>
            <w:tcW w:type="dxa" w:w="3024"/>
            <w:vAlign w:val="center"/>
            <w:tcMar>
              <w:top w:w="80" w:type="dxa"/>
              <w:start w:w="110" w:type="dxa"/>
              <w:bottom w:w="80" w:type="dxa"/>
              <w:end w:w="110" w:type="dxa"/>
            </w:tcMar>
            <w:shd w:fill="F3F5F7"/>
          </w:tcPr>
          <w:p>
            <w:pPr>
              <w:spacing w:after="0" w:line="240" w:lineRule="auto"/>
            </w:pPr>
            <w:r/>
            <w:r>
              <w:rPr>
                <w:rFonts w:ascii="Arial" w:hAnsi="Arial"/>
                <w:b/>
                <w:color w:val="12324A"/>
                <w:sz w:val="17"/>
              </w:rPr>
              <w:t>Client acceptance</w:t>
            </w:r>
          </w:p>
        </w:tc>
        <w:tc>
          <w:tcPr>
            <w:tcW w:type="dxa" w:w="6768"/>
            <w:vAlign w:val="center"/>
            <w:tcMar>
              <w:top w:w="80" w:type="dxa"/>
              <w:start w:w="110" w:type="dxa"/>
              <w:bottom w:w="80" w:type="dxa"/>
              <w:end w:w="110" w:type="dxa"/>
            </w:tcMar>
          </w:tcPr>
          <w:p>
            <w:pPr>
              <w:spacing w:after="0" w:line="240" w:lineRule="auto"/>
            </w:pPr>
            <w:r/>
            <w:r>
              <w:rPr>
                <w:rFonts w:ascii="Arial" w:hAnsi="Arial"/>
                <w:b w:val="0"/>
                <w:color w:val="12324A"/>
                <w:sz w:val="17"/>
              </w:rPr>
              <w:t>☐ Approved  ☐ Approved subject to conditions  ☐ Declined</w:t>
            </w:r>
          </w:p>
        </w:tc>
      </w:tr>
      <w:tr>
        <w:trPr>
          <w:cantSplit/>
        </w:trPr>
        <w:tc>
          <w:tcPr>
            <w:tcW w:type="dxa" w:w="3024"/>
            <w:vAlign w:val="center"/>
            <w:tcMar>
              <w:top w:w="80" w:type="dxa"/>
              <w:start w:w="110" w:type="dxa"/>
              <w:bottom w:w="80" w:type="dxa"/>
              <w:end w:w="110" w:type="dxa"/>
            </w:tcMar>
            <w:shd w:fill="F3F5F7"/>
          </w:tcPr>
          <w:p>
            <w:pPr>
              <w:spacing w:after="0" w:line="240" w:lineRule="auto"/>
            </w:pPr>
            <w:r/>
            <w:r>
              <w:rPr>
                <w:rFonts w:ascii="Arial" w:hAnsi="Arial"/>
                <w:b/>
                <w:color w:val="12324A"/>
                <w:sz w:val="17"/>
              </w:rPr>
              <w:t>Broker / compliance approval</w:t>
            </w:r>
          </w:p>
        </w:tc>
        <w:tc>
          <w:tcPr>
            <w:tcW w:type="dxa" w:w="6768"/>
            <w:vAlign w:val="center"/>
            <w:tcMar>
              <w:top w:w="80" w:type="dxa"/>
              <w:start w:w="110" w:type="dxa"/>
              <w:bottom w:w="80" w:type="dxa"/>
              <w:end w:w="110" w:type="dxa"/>
            </w:tcMar>
          </w:tcPr>
          <w:p>
            <w:pPr>
              <w:spacing w:after="0" w:line="240" w:lineRule="auto"/>
            </w:pPr>
            <w:r/>
            <w:r>
              <w:rPr>
                <w:rFonts w:ascii="Arial" w:hAnsi="Arial"/>
                <w:b w:val="0"/>
                <w:color w:val="12324A"/>
                <w:sz w:val="17"/>
              </w:rPr>
              <w:t>Name: _______________________  Signature: ________________________</w:t>
              <w:br/>
              <w:t>Date: ____/____/______</w:t>
            </w:r>
          </w:p>
        </w:tc>
      </w:tr>
      <w:tr>
        <w:trPr>
          <w:cantSplit/>
        </w:trPr>
        <w:tc>
          <w:tcPr>
            <w:tcW w:type="dxa" w:w="3024"/>
            <w:vAlign w:val="center"/>
            <w:tcMar>
              <w:top w:w="80" w:type="dxa"/>
              <w:start w:w="110" w:type="dxa"/>
              <w:bottom w:w="80" w:type="dxa"/>
              <w:end w:w="110" w:type="dxa"/>
            </w:tcMar>
            <w:shd w:fill="F3F5F7"/>
          </w:tcPr>
          <w:p>
            <w:pPr>
              <w:spacing w:after="0" w:line="240" w:lineRule="auto"/>
            </w:pPr>
            <w:r/>
            <w:r>
              <w:rPr>
                <w:rFonts w:ascii="Arial" w:hAnsi="Arial"/>
                <w:b/>
                <w:color w:val="12324A"/>
                <w:sz w:val="17"/>
              </w:rPr>
              <w:t>Outstanding items / review notes</w:t>
            </w:r>
          </w:p>
        </w:tc>
        <w:tc>
          <w:tcPr>
            <w:tcW w:type="dxa" w:w="6768"/>
            <w:vAlign w:val="center"/>
            <w:tcMar>
              <w:top w:w="80" w:type="dxa"/>
              <w:start w:w="110" w:type="dxa"/>
              <w:bottom w:w="80" w:type="dxa"/>
              <w:end w:w="110" w:type="dxa"/>
            </w:tcMar>
          </w:tcPr>
          <w:p>
            <w:pPr>
              <w:spacing w:after="0" w:line="240" w:lineRule="auto"/>
            </w:pPr>
            <w:r/>
            <w:r>
              <w:rPr>
                <w:rFonts w:ascii="Arial" w:hAnsi="Arial"/>
                <w:b w:val="0"/>
                <w:color w:val="12324A"/>
                <w:sz w:val="17"/>
              </w:rPr>
              <w:t>____________________________________________________________</w:t>
              <w:br/>
              <w:t>____________________________________________________________</w:t>
              <w:br/>
              <w:t>____________________________________________________________</w:t>
            </w:r>
          </w:p>
        </w:tc>
      </w:tr>
    </w:tbl>
    <w:p>
      <w:pPr>
        <w:spacing w:after="20"/>
      </w:pPr>
    </w:p>
    <w:p>
      <w:pPr>
        <w:spacing w:after="100"/>
      </w:pPr>
      <w:r>
        <w:rPr>
          <w:i/>
          <w:color w:val="5E6872"/>
          <w:sz w:val="17"/>
        </w:rPr>
        <w:t>CONFIDENTIALITY NOTICE: This form contains personal and financial information. Access must be limited to authorized personnel, with records retained and disposed of in accordance with applicable law and SeaStone Homes Bahamas Ltd. policies.</w:t>
      </w:r>
    </w:p>
    <w:sectPr w:rsidR="00FC693F" w:rsidRPr="0006063C" w:rsidSect="00034616">
      <w:headerReference w:type="default" r:id="rId9"/>
      <w:footerReference w:type="default" r:id="rId10"/>
      <w:pgSz w:w="12240" w:h="15840"/>
      <w:pgMar w:top="936" w:right="1037" w:bottom="936" w:left="1037" w:header="432" w:footer="50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t xml:space="preserve">Property Buyer Client Intake Application  •  Confidential  •  Page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Arial" w:hAnsi="Arial"/>
        <w:b/>
        <w:color w:val="2C7A7B"/>
        <w:sz w:val="16"/>
      </w:rPr>
      <w:t>SEASTONE HOMES BAHAMAS LTD.  |  CONFIDENTIAL CLIENT ONBOARDING</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60" w:line="252" w:lineRule="auto"/>
    </w:pPr>
    <w:rPr>
      <w:rFonts w:ascii="Arial" w:hAnsi="Arial"/>
      <w:color w:val="12324A"/>
      <w:sz w:val="19"/>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100"/>
      <w:outlineLvl w:val="0"/>
    </w:pPr>
    <w:rPr>
      <w:rFonts w:asciiTheme="majorHAnsi" w:eastAsiaTheme="majorEastAsia" w:hAnsiTheme="majorHAnsi" w:cstheme="majorBidi" w:ascii="Arial" w:hAnsi="Arial"/>
      <w:b/>
      <w:bCs/>
      <w:color w:val="12324A"/>
      <w:sz w:val="28"/>
      <w:szCs w:val="28"/>
    </w:rPr>
  </w:style>
  <w:style w:type="paragraph" w:styleId="Heading2">
    <w:name w:val="heading 2"/>
    <w:basedOn w:val="Normal"/>
    <w:next w:val="Normal"/>
    <w:link w:val="Heading2Char"/>
    <w:uiPriority w:val="9"/>
    <w:unhideWhenUsed/>
    <w:qFormat/>
    <w:rsid w:val="00FC693F"/>
    <w:pPr>
      <w:keepNext/>
      <w:keepLines/>
      <w:spacing w:before="140" w:after="60"/>
      <w:outlineLvl w:val="1"/>
    </w:pPr>
    <w:rPr>
      <w:rFonts w:asciiTheme="majorHAnsi" w:eastAsiaTheme="majorEastAsia" w:hAnsiTheme="majorHAnsi" w:cstheme="majorBidi" w:ascii="Arial" w:hAnsi="Arial"/>
      <w:b/>
      <w:bCs/>
      <w:color w:val="12324A"/>
      <w:sz w:val="22"/>
      <w:szCs w:val="26"/>
    </w:rPr>
  </w:style>
  <w:style w:type="paragraph" w:styleId="Heading3">
    <w:name w:val="heading 3"/>
    <w:basedOn w:val="Normal"/>
    <w:next w:val="Normal"/>
    <w:link w:val="Heading3Char"/>
    <w:uiPriority w:val="9"/>
    <w:unhideWhenUsed/>
    <w:qFormat/>
    <w:rsid w:val="00FC693F"/>
    <w:pPr>
      <w:keepNext/>
      <w:keepLines/>
      <w:spacing w:before="100" w:after="40"/>
      <w:outlineLvl w:val="2"/>
    </w:pPr>
    <w:rPr>
      <w:rFonts w:asciiTheme="majorHAnsi" w:eastAsiaTheme="majorEastAsia" w:hAnsiTheme="majorHAnsi" w:cstheme="majorBidi" w:ascii="Arial" w:hAnsi="Arial"/>
      <w:b/>
      <w:bCs/>
      <w:color w:val="12324A"/>
      <w:sz w:val="2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after="80" w:line="240" w:lineRule="auto" w:before="0"/>
      <w:contextualSpacing/>
    </w:pPr>
    <w:rPr>
      <w:rFonts w:asciiTheme="majorHAnsi" w:eastAsiaTheme="majorEastAsia" w:hAnsiTheme="majorHAnsi" w:cstheme="majorBidi" w:ascii="Arial" w:hAnsi="Arial"/>
      <w:b/>
      <w:color w:val="12324A"/>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SeaStone Homes Bahamas Ltd. Property Buyer Client Intake Application</dc:title>
  <dc:subject>Buyer onboarding, KYC/AML, financial qualification and acquisition criteria</dc:subject>
  <dc:creator>SeaStone Homes Bahamas Ltd.</dc:creator>
  <cp:keywords/>
  <dc:description>generated by python-docx</dc:description>
  <cp:lastModifiedBy/>
  <cp:revision>1</cp:revision>
  <dcterms:created xsi:type="dcterms:W3CDTF">2013-12-23T23:15:00Z</dcterms:created>
  <dcterms:modified xsi:type="dcterms:W3CDTF">2013-12-23T23:15:00Z</dcterms:modified>
  <cp:category/>
</cp:coreProperties>
</file>